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9E31" w14:textId="77777777" w:rsidR="00E716E8" w:rsidRDefault="00000000">
      <w:pPr>
        <w:jc w:val="center"/>
      </w:pPr>
      <w:r>
        <w:rPr>
          <w:b/>
          <w:sz w:val="40"/>
        </w:rPr>
        <w:t>ADJAN CONSULTING</w:t>
      </w:r>
    </w:p>
    <w:p w14:paraId="48AA6D61" w14:textId="77777777" w:rsidR="00E716E8" w:rsidRDefault="00000000">
      <w:pPr>
        <w:jc w:val="center"/>
      </w:pPr>
      <w:r>
        <w:rPr>
          <w:b/>
          <w:sz w:val="30"/>
        </w:rPr>
        <w:t>DESCRIPTIONS DE POSTE, RESPONSABILITÉS ET COMPÉTENCES</w:t>
      </w:r>
    </w:p>
    <w:p w14:paraId="4D330930" w14:textId="77777777" w:rsidR="00E716E8" w:rsidRDefault="00000000">
      <w:pPr>
        <w:jc w:val="center"/>
      </w:pPr>
      <w:r>
        <w:rPr>
          <w:i/>
        </w:rPr>
        <w:t>Document du système de management de la qualité – ISO 9001</w:t>
      </w:r>
    </w:p>
    <w:p w14:paraId="39F4664E" w14:textId="77777777" w:rsidR="00E716E8" w:rsidRDefault="00000000">
      <w:pPr>
        <w:pStyle w:val="Titre1"/>
      </w:pPr>
      <w:r>
        <w:t>1. Objet du document</w:t>
      </w:r>
    </w:p>
    <w:p w14:paraId="70059F71" w14:textId="77777777" w:rsidR="00E716E8" w:rsidRDefault="00000000">
      <w:r>
        <w:t>Le présent document formalise les responsabilités, autorités, compétences attendues et contributions au système de management de la qualité des fonctions figurant dans l’organigramme d’ADJAN CONSULTING. Il vise à garantir une répartition claire des rôles, une compréhension partagée des responsabilités et la continuité des activités.</w:t>
      </w:r>
    </w:p>
    <w:p w14:paraId="22C29B7A" w14:textId="77777777" w:rsidR="00E716E8" w:rsidRDefault="00000000">
      <w:r>
        <w:t>Les descriptions ci-après constituent un cadre de référence. Elles peuvent évoluer en fonction de l’organisation, des besoins de l’entreprise, des exigences réglementaires et des objectifs définis par la Direction.</w:t>
      </w:r>
    </w:p>
    <w:p w14:paraId="1ED360AD" w14:textId="77777777" w:rsidR="00E716E8" w:rsidRDefault="00000000">
      <w:pPr>
        <w:pStyle w:val="Titre1"/>
      </w:pPr>
      <w:r>
        <w:t>2. Gestion documentaire</w:t>
      </w:r>
    </w:p>
    <w:tbl>
      <w:tblPr>
        <w:tblStyle w:val="Grilledutableau"/>
        <w:tblW w:w="0" w:type="auto"/>
        <w:jc w:val="center"/>
        <w:tblLook w:val="04A0" w:firstRow="1" w:lastRow="0" w:firstColumn="1" w:lastColumn="0" w:noHBand="0" w:noVBand="1"/>
      </w:tblPr>
      <w:tblGrid>
        <w:gridCol w:w="2493"/>
        <w:gridCol w:w="2493"/>
        <w:gridCol w:w="2493"/>
        <w:gridCol w:w="2493"/>
      </w:tblGrid>
      <w:tr w:rsidR="00E716E8" w14:paraId="4932549F" w14:textId="77777777">
        <w:trPr>
          <w:jc w:val="center"/>
        </w:trPr>
        <w:tc>
          <w:tcPr>
            <w:tcW w:w="2493" w:type="dxa"/>
          </w:tcPr>
          <w:p w14:paraId="2E30A005" w14:textId="77777777" w:rsidR="00E716E8" w:rsidRDefault="00000000">
            <w:r>
              <w:t>Référence</w:t>
            </w:r>
          </w:p>
        </w:tc>
        <w:tc>
          <w:tcPr>
            <w:tcW w:w="2493" w:type="dxa"/>
          </w:tcPr>
          <w:p w14:paraId="1A77AB1F" w14:textId="77777777" w:rsidR="00E716E8" w:rsidRDefault="00000000">
            <w:r>
              <w:t>ADJ-SMQ-RH-01</w:t>
            </w:r>
          </w:p>
        </w:tc>
        <w:tc>
          <w:tcPr>
            <w:tcW w:w="2493" w:type="dxa"/>
          </w:tcPr>
          <w:p w14:paraId="7BEC8CCA" w14:textId="77777777" w:rsidR="00E716E8" w:rsidRDefault="00000000">
            <w:r>
              <w:t>Version</w:t>
            </w:r>
          </w:p>
        </w:tc>
        <w:tc>
          <w:tcPr>
            <w:tcW w:w="2493" w:type="dxa"/>
          </w:tcPr>
          <w:p w14:paraId="3CE21AFE" w14:textId="77777777" w:rsidR="00E716E8" w:rsidRDefault="00000000">
            <w:r>
              <w:t>1</w:t>
            </w:r>
          </w:p>
        </w:tc>
      </w:tr>
      <w:tr w:rsidR="00E716E8" w14:paraId="4D646535" w14:textId="77777777">
        <w:trPr>
          <w:jc w:val="center"/>
        </w:trPr>
        <w:tc>
          <w:tcPr>
            <w:tcW w:w="2493" w:type="dxa"/>
          </w:tcPr>
          <w:p w14:paraId="2AE52324" w14:textId="77777777" w:rsidR="00E716E8" w:rsidRDefault="00000000">
            <w:r>
              <w:t>Date d’application</w:t>
            </w:r>
          </w:p>
        </w:tc>
        <w:tc>
          <w:tcPr>
            <w:tcW w:w="2493" w:type="dxa"/>
          </w:tcPr>
          <w:p w14:paraId="3381EB94" w14:textId="3BBC6B44" w:rsidR="00E716E8" w:rsidRDefault="00D04CCF">
            <w:r>
              <w:t>01</w:t>
            </w:r>
            <w:r w:rsidR="00000000">
              <w:t xml:space="preserve"> / </w:t>
            </w:r>
            <w:r>
              <w:t>07</w:t>
            </w:r>
            <w:r w:rsidR="00000000">
              <w:t xml:space="preserve"> / </w:t>
            </w:r>
            <w:r>
              <w:t>2026</w:t>
            </w:r>
          </w:p>
        </w:tc>
        <w:tc>
          <w:tcPr>
            <w:tcW w:w="2493" w:type="dxa"/>
          </w:tcPr>
          <w:p w14:paraId="1A375BE4" w14:textId="77777777" w:rsidR="00E716E8" w:rsidRDefault="00000000">
            <w:r>
              <w:t>Pilote</w:t>
            </w:r>
          </w:p>
        </w:tc>
        <w:tc>
          <w:tcPr>
            <w:tcW w:w="2493" w:type="dxa"/>
          </w:tcPr>
          <w:p w14:paraId="58CD0C79" w14:textId="77777777" w:rsidR="00E716E8" w:rsidRDefault="00000000">
            <w:r>
              <w:t>Direction</w:t>
            </w:r>
          </w:p>
        </w:tc>
      </w:tr>
      <w:tr w:rsidR="00E716E8" w14:paraId="4BE3D544" w14:textId="77777777">
        <w:trPr>
          <w:jc w:val="center"/>
        </w:trPr>
        <w:tc>
          <w:tcPr>
            <w:tcW w:w="2493" w:type="dxa"/>
          </w:tcPr>
          <w:p w14:paraId="1F8B87A2" w14:textId="77777777" w:rsidR="00E716E8" w:rsidRDefault="00000000">
            <w:r>
              <w:t>Rédacteur</w:t>
            </w:r>
          </w:p>
        </w:tc>
        <w:tc>
          <w:tcPr>
            <w:tcW w:w="2493" w:type="dxa"/>
          </w:tcPr>
          <w:p w14:paraId="46DF2279" w14:textId="77777777" w:rsidR="00E716E8" w:rsidRDefault="00000000">
            <w:r>
              <w:t>Anaïs ROBEZ</w:t>
            </w:r>
          </w:p>
        </w:tc>
        <w:tc>
          <w:tcPr>
            <w:tcW w:w="2493" w:type="dxa"/>
          </w:tcPr>
          <w:p w14:paraId="793A66E0" w14:textId="77777777" w:rsidR="00E716E8" w:rsidRDefault="00000000">
            <w:r>
              <w:t>Approbateur</w:t>
            </w:r>
          </w:p>
        </w:tc>
        <w:tc>
          <w:tcPr>
            <w:tcW w:w="2493" w:type="dxa"/>
          </w:tcPr>
          <w:p w14:paraId="5089A74B" w14:textId="77777777" w:rsidR="00E716E8" w:rsidRDefault="00000000">
            <w:r>
              <w:t>Président</w:t>
            </w:r>
          </w:p>
        </w:tc>
      </w:tr>
      <w:tr w:rsidR="00E716E8" w14:paraId="373C1D50" w14:textId="77777777">
        <w:trPr>
          <w:jc w:val="center"/>
        </w:trPr>
        <w:tc>
          <w:tcPr>
            <w:tcW w:w="2493" w:type="dxa"/>
          </w:tcPr>
          <w:p w14:paraId="7E79768E" w14:textId="77777777" w:rsidR="00E716E8" w:rsidRDefault="00000000">
            <w:r>
              <w:t>Périmètre</w:t>
            </w:r>
          </w:p>
        </w:tc>
        <w:tc>
          <w:tcPr>
            <w:tcW w:w="2493" w:type="dxa"/>
          </w:tcPr>
          <w:p w14:paraId="14C61229" w14:textId="77777777" w:rsidR="00E716E8" w:rsidRDefault="00000000">
            <w:r>
              <w:t>ADJAN CONSULTING</w:t>
            </w:r>
          </w:p>
        </w:tc>
        <w:tc>
          <w:tcPr>
            <w:tcW w:w="2493" w:type="dxa"/>
          </w:tcPr>
          <w:p w14:paraId="0DB36A04" w14:textId="77777777" w:rsidR="00E716E8" w:rsidRDefault="00000000">
            <w:r>
              <w:t>Diffusion</w:t>
            </w:r>
          </w:p>
        </w:tc>
        <w:tc>
          <w:tcPr>
            <w:tcW w:w="2493" w:type="dxa"/>
          </w:tcPr>
          <w:p w14:paraId="36F6DAFE" w14:textId="77777777" w:rsidR="00E716E8" w:rsidRDefault="00000000">
            <w:r>
              <w:t>Interne</w:t>
            </w:r>
          </w:p>
        </w:tc>
      </w:tr>
    </w:tbl>
    <w:p w14:paraId="183D5424" w14:textId="77777777" w:rsidR="00E716E8" w:rsidRDefault="00000000">
      <w:r>
        <w:br w:type="page"/>
      </w:r>
    </w:p>
    <w:p w14:paraId="03D1A6E6" w14:textId="77777777" w:rsidR="00E716E8" w:rsidRDefault="00000000">
      <w:pPr>
        <w:jc w:val="center"/>
      </w:pPr>
      <w:r>
        <w:rPr>
          <w:b/>
          <w:sz w:val="32"/>
        </w:rPr>
        <w:lastRenderedPageBreak/>
        <w:t>DESCRIPTION DE POSTE</w:t>
      </w:r>
      <w:r>
        <w:rPr>
          <w:b/>
          <w:sz w:val="32"/>
        </w:rPr>
        <w:br/>
        <w:t>PRÉSIDENT</w:t>
      </w:r>
    </w:p>
    <w:tbl>
      <w:tblPr>
        <w:tblStyle w:val="Grilledutableau"/>
        <w:tblW w:w="0" w:type="auto"/>
        <w:jc w:val="center"/>
        <w:tblLook w:val="04A0" w:firstRow="1" w:lastRow="0" w:firstColumn="1" w:lastColumn="0" w:noHBand="0" w:noVBand="1"/>
      </w:tblPr>
      <w:tblGrid>
        <w:gridCol w:w="4986"/>
        <w:gridCol w:w="4986"/>
      </w:tblGrid>
      <w:tr w:rsidR="00E716E8" w14:paraId="23C1765B" w14:textId="77777777">
        <w:trPr>
          <w:jc w:val="center"/>
        </w:trPr>
        <w:tc>
          <w:tcPr>
            <w:tcW w:w="4986" w:type="dxa"/>
          </w:tcPr>
          <w:p w14:paraId="1CFC736A" w14:textId="77777777" w:rsidR="00E716E8" w:rsidRDefault="00000000">
            <w:r>
              <w:t>Titulaire</w:t>
            </w:r>
          </w:p>
        </w:tc>
        <w:tc>
          <w:tcPr>
            <w:tcW w:w="4986" w:type="dxa"/>
          </w:tcPr>
          <w:p w14:paraId="1BE46348" w14:textId="77777777" w:rsidR="00E716E8" w:rsidRDefault="00000000">
            <w:r>
              <w:t>Adrien JANNEL</w:t>
            </w:r>
          </w:p>
        </w:tc>
      </w:tr>
      <w:tr w:rsidR="00E716E8" w14:paraId="3174476E" w14:textId="77777777">
        <w:trPr>
          <w:jc w:val="center"/>
        </w:trPr>
        <w:tc>
          <w:tcPr>
            <w:tcW w:w="4986" w:type="dxa"/>
          </w:tcPr>
          <w:p w14:paraId="4FE6598C" w14:textId="77777777" w:rsidR="00E716E8" w:rsidRDefault="00000000">
            <w:r>
              <w:t>Rattachement</w:t>
            </w:r>
          </w:p>
        </w:tc>
        <w:tc>
          <w:tcPr>
            <w:tcW w:w="4986" w:type="dxa"/>
          </w:tcPr>
          <w:p w14:paraId="53063D8E" w14:textId="77777777" w:rsidR="00E716E8" w:rsidRDefault="00000000">
            <w:r>
              <w:t>Gouvernance de la société</w:t>
            </w:r>
          </w:p>
        </w:tc>
      </w:tr>
      <w:tr w:rsidR="00E716E8" w14:paraId="17824F9F" w14:textId="77777777">
        <w:trPr>
          <w:jc w:val="center"/>
        </w:trPr>
        <w:tc>
          <w:tcPr>
            <w:tcW w:w="4986" w:type="dxa"/>
          </w:tcPr>
          <w:p w14:paraId="54E50E71" w14:textId="77777777" w:rsidR="00E716E8" w:rsidRDefault="00000000">
            <w:r>
              <w:t>Référence</w:t>
            </w:r>
          </w:p>
        </w:tc>
        <w:tc>
          <w:tcPr>
            <w:tcW w:w="4986" w:type="dxa"/>
          </w:tcPr>
          <w:p w14:paraId="7267E9D4" w14:textId="77777777" w:rsidR="00E716E8" w:rsidRDefault="00000000">
            <w:r>
              <w:t>ADJ-SMQ-RH-01</w:t>
            </w:r>
          </w:p>
        </w:tc>
      </w:tr>
      <w:tr w:rsidR="00E716E8" w14:paraId="4809D6DD" w14:textId="77777777">
        <w:trPr>
          <w:jc w:val="center"/>
        </w:trPr>
        <w:tc>
          <w:tcPr>
            <w:tcW w:w="4986" w:type="dxa"/>
          </w:tcPr>
          <w:p w14:paraId="7D3545EC" w14:textId="77777777" w:rsidR="00E716E8" w:rsidRDefault="00000000">
            <w:r>
              <w:t>Version / date</w:t>
            </w:r>
          </w:p>
        </w:tc>
        <w:tc>
          <w:tcPr>
            <w:tcW w:w="4986" w:type="dxa"/>
          </w:tcPr>
          <w:p w14:paraId="7FC873A7" w14:textId="4B4AA8B4" w:rsidR="00E716E8" w:rsidRDefault="00000000">
            <w:r>
              <w:t xml:space="preserve">Version 1 – </w:t>
            </w:r>
            <w:r w:rsidR="00D04CCF">
              <w:t>01</w:t>
            </w:r>
            <w:r>
              <w:t xml:space="preserve"> / </w:t>
            </w:r>
            <w:r w:rsidR="00D04CCF">
              <w:t xml:space="preserve">07 </w:t>
            </w:r>
            <w:r>
              <w:t xml:space="preserve"> / </w:t>
            </w:r>
            <w:r w:rsidR="00D04CCF">
              <w:t>2026</w:t>
            </w:r>
          </w:p>
        </w:tc>
      </w:tr>
    </w:tbl>
    <w:p w14:paraId="3C84A63D" w14:textId="77777777" w:rsidR="00E716E8" w:rsidRDefault="00000000">
      <w:pPr>
        <w:pStyle w:val="Titre2"/>
      </w:pPr>
      <w:r>
        <w:t>Finalité du poste</w:t>
      </w:r>
    </w:p>
    <w:p w14:paraId="47EA56B7" w14:textId="77777777" w:rsidR="00E716E8" w:rsidRDefault="00000000">
      <w:r>
        <w:t>Définir les orientations stratégiques d’ADJAN CONSULTING, assurer le pilotage global de l’entreprise et garantir la disponibilité des ressources nécessaires à la performance, à la conformité et à l’amélioration continue de l’organisation.</w:t>
      </w:r>
    </w:p>
    <w:p w14:paraId="040D7B2F" w14:textId="77777777" w:rsidR="00E716E8" w:rsidRDefault="00000000">
      <w:pPr>
        <w:pStyle w:val="Titre2"/>
      </w:pPr>
      <w:r>
        <w:t>Responsabilités principales</w:t>
      </w:r>
    </w:p>
    <w:p w14:paraId="143B5F3E" w14:textId="77777777" w:rsidR="00E716E8" w:rsidRDefault="00000000">
      <w:pPr>
        <w:pStyle w:val="Listepuces"/>
      </w:pPr>
      <w:r>
        <w:t>Définir la stratégie, les orientations et les objectifs de l’entreprise.</w:t>
      </w:r>
    </w:p>
    <w:p w14:paraId="44C18499" w14:textId="77777777" w:rsidR="00E716E8" w:rsidRDefault="00000000">
      <w:pPr>
        <w:pStyle w:val="Listepuces"/>
      </w:pPr>
      <w:r>
        <w:t>Définir, porter et communiquer la politique qualité ainsi que les objectifs associés.</w:t>
      </w:r>
    </w:p>
    <w:p w14:paraId="4F08A877" w14:textId="77777777" w:rsidR="00E716E8" w:rsidRDefault="00000000">
      <w:pPr>
        <w:pStyle w:val="Listepuces"/>
      </w:pPr>
      <w:r>
        <w:t>Veiller à la cohérence entre les orientations stratégiques, les besoins des clients et le système de management de la qualité.</w:t>
      </w:r>
    </w:p>
    <w:p w14:paraId="1A33B0A1" w14:textId="77777777" w:rsidR="00E716E8" w:rsidRDefault="00000000">
      <w:pPr>
        <w:pStyle w:val="Listepuces"/>
      </w:pPr>
      <w:r>
        <w:t>Arbitrer les priorités et allouer les ressources humaines, financières, techniques et organisationnelles nécessaires.</w:t>
      </w:r>
    </w:p>
    <w:p w14:paraId="4C0BCA55" w14:textId="77777777" w:rsidR="00E716E8" w:rsidRDefault="00000000">
      <w:pPr>
        <w:pStyle w:val="Listepuces"/>
      </w:pPr>
      <w:r>
        <w:t>Suivre la performance économique, commerciale, opérationnelle et qualitative de l’entreprise.</w:t>
      </w:r>
    </w:p>
    <w:p w14:paraId="7B5E0168" w14:textId="77777777" w:rsidR="00E716E8" w:rsidRDefault="00000000">
      <w:pPr>
        <w:pStyle w:val="Listepuces"/>
      </w:pPr>
      <w:r>
        <w:t>Présider ou valider les revues de direction et les décisions d’amélioration qui en découlent.</w:t>
      </w:r>
    </w:p>
    <w:p w14:paraId="6068ED83" w14:textId="77777777" w:rsidR="00E716E8" w:rsidRDefault="00000000">
      <w:pPr>
        <w:pStyle w:val="Listepuces"/>
      </w:pPr>
      <w:r>
        <w:t>S’assurer de la prise en compte des exigences légales, réglementaires, contractuelles et applicables aux activités de formation.</w:t>
      </w:r>
    </w:p>
    <w:p w14:paraId="346CA8CF" w14:textId="77777777" w:rsidR="00E716E8" w:rsidRDefault="00000000">
      <w:pPr>
        <w:pStyle w:val="Listepuces"/>
      </w:pPr>
      <w:r>
        <w:t>Valider les évolutions majeures de l’offre, de l’organisation, des processus et des partenariats.</w:t>
      </w:r>
    </w:p>
    <w:p w14:paraId="4794EE75" w14:textId="77777777" w:rsidR="00E716E8" w:rsidRDefault="00000000">
      <w:pPr>
        <w:pStyle w:val="Listepuces"/>
      </w:pPr>
      <w:r>
        <w:t>Représenter la société auprès des partenaires, clients, institutions et parties intéressées stratégiques.</w:t>
      </w:r>
    </w:p>
    <w:p w14:paraId="378CCF81" w14:textId="77777777" w:rsidR="00E716E8" w:rsidRDefault="00000000">
      <w:pPr>
        <w:pStyle w:val="Listepuces"/>
      </w:pPr>
      <w:r>
        <w:t>Promouvoir une culture orientée client, qualité, maîtrise des risques et amélioration continue.</w:t>
      </w:r>
    </w:p>
    <w:p w14:paraId="300148E7" w14:textId="77777777" w:rsidR="00E716E8" w:rsidRDefault="00000000">
      <w:pPr>
        <w:pStyle w:val="Titre2"/>
      </w:pPr>
      <w:r>
        <w:t>Compétences et connaissances attendues</w:t>
      </w:r>
    </w:p>
    <w:p w14:paraId="3C5692DF" w14:textId="77777777" w:rsidR="00E716E8" w:rsidRDefault="00000000">
      <w:pPr>
        <w:pStyle w:val="Listepuces"/>
      </w:pPr>
      <w:r>
        <w:t>Vision stratégique et capacité de décision.</w:t>
      </w:r>
    </w:p>
    <w:p w14:paraId="604D3D64" w14:textId="77777777" w:rsidR="00E716E8" w:rsidRDefault="00000000">
      <w:pPr>
        <w:pStyle w:val="Listepuces"/>
      </w:pPr>
      <w:r>
        <w:t>Pilotage économique et organisationnel.</w:t>
      </w:r>
    </w:p>
    <w:p w14:paraId="0E391101" w14:textId="77777777" w:rsidR="00E716E8" w:rsidRDefault="00000000">
      <w:pPr>
        <w:pStyle w:val="Listepuces"/>
      </w:pPr>
      <w:r>
        <w:t>Leadership, communication et conduite du changement.</w:t>
      </w:r>
    </w:p>
    <w:p w14:paraId="3E4E0784" w14:textId="77777777" w:rsidR="00E716E8" w:rsidRDefault="00000000">
      <w:pPr>
        <w:pStyle w:val="Listepuces"/>
      </w:pPr>
      <w:r>
        <w:t>Connaissance des enjeux de la formation professionnelle et de son environnement.</w:t>
      </w:r>
    </w:p>
    <w:p w14:paraId="5283169D" w14:textId="77777777" w:rsidR="00E716E8" w:rsidRDefault="00000000">
      <w:pPr>
        <w:pStyle w:val="Listepuces"/>
      </w:pPr>
      <w:r>
        <w:t>Compréhension des principes de management de la qualité et de l’approche par les risques.</w:t>
      </w:r>
    </w:p>
    <w:p w14:paraId="0A075FB4" w14:textId="77777777" w:rsidR="00E716E8" w:rsidRDefault="00000000">
      <w:pPr>
        <w:pStyle w:val="Listepuces"/>
      </w:pPr>
      <w:r>
        <w:t>Capacité d’analyse, d’arbitrage et de gestion des priorités.</w:t>
      </w:r>
    </w:p>
    <w:p w14:paraId="57EF27A0" w14:textId="77777777" w:rsidR="00E716E8" w:rsidRDefault="00000000">
      <w:pPr>
        <w:pStyle w:val="Titre2"/>
      </w:pPr>
      <w:r>
        <w:t>Autonomie et niveau d’autorité</w:t>
      </w:r>
    </w:p>
    <w:p w14:paraId="0CCFF78D" w14:textId="77777777" w:rsidR="00E716E8" w:rsidRDefault="00000000">
      <w:r>
        <w:t>Dispose de l’autorité nécessaire pour engager la société, définir les orientations, valider les objectifs, affecter les ressources et arbitrer les décisions relevant de la gouvernance.</w:t>
      </w:r>
    </w:p>
    <w:p w14:paraId="21588835" w14:textId="77777777" w:rsidR="00E716E8" w:rsidRDefault="00000000">
      <w:pPr>
        <w:pStyle w:val="Titre2"/>
      </w:pPr>
      <w:r>
        <w:t>Principales interfaces</w:t>
      </w:r>
    </w:p>
    <w:p w14:paraId="5C6E24A1" w14:textId="77777777" w:rsidR="00E716E8" w:rsidRDefault="00000000">
      <w:r>
        <w:t>Associé, Coordinateur pédagogique, équipe commerciale, formateurs, clients, partenaires, prestataires et organismes externes.</w:t>
      </w:r>
    </w:p>
    <w:p w14:paraId="08802A5B" w14:textId="77777777" w:rsidR="00E716E8" w:rsidRDefault="00000000">
      <w:pPr>
        <w:pStyle w:val="Titre2"/>
      </w:pPr>
      <w:r>
        <w:t>Contribution au système de management de la qualité</w:t>
      </w:r>
    </w:p>
    <w:p w14:paraId="37E58DD2" w14:textId="77777777" w:rsidR="00E716E8" w:rsidRDefault="00000000">
      <w:r>
        <w:t>Garantit l’efficacité du système de management de la qualité, l’intégration des exigences qualité dans les activités, la disponibilité des ressources et la promotion de l’amélioration continue.</w:t>
      </w:r>
    </w:p>
    <w:p w14:paraId="7C7E83EE" w14:textId="77777777" w:rsidR="00E716E8" w:rsidRDefault="00000000">
      <w:pPr>
        <w:pStyle w:val="Titre2"/>
      </w:pPr>
      <w:r>
        <w:lastRenderedPageBreak/>
        <w:t>Prise de connaissance</w:t>
      </w:r>
    </w:p>
    <w:p w14:paraId="1C984F14"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1A7A3C00" w14:textId="77777777">
        <w:trPr>
          <w:jc w:val="center"/>
        </w:trPr>
        <w:tc>
          <w:tcPr>
            <w:tcW w:w="4986" w:type="dxa"/>
          </w:tcPr>
          <w:p w14:paraId="1A1E716F" w14:textId="77777777" w:rsidR="00E716E8" w:rsidRDefault="00000000">
            <w:r>
              <w:t>Le titulaire du poste</w:t>
            </w:r>
          </w:p>
        </w:tc>
        <w:tc>
          <w:tcPr>
            <w:tcW w:w="4986" w:type="dxa"/>
          </w:tcPr>
          <w:p w14:paraId="1CF26786" w14:textId="77777777" w:rsidR="00E716E8" w:rsidRDefault="00000000">
            <w:r>
              <w:t>La Direction</w:t>
            </w:r>
          </w:p>
        </w:tc>
      </w:tr>
      <w:tr w:rsidR="00E716E8" w14:paraId="61AC734E" w14:textId="77777777">
        <w:trPr>
          <w:jc w:val="center"/>
        </w:trPr>
        <w:tc>
          <w:tcPr>
            <w:tcW w:w="4986" w:type="dxa"/>
          </w:tcPr>
          <w:p w14:paraId="5E5C87F1" w14:textId="77777777" w:rsidR="00E716E8" w:rsidRDefault="00000000">
            <w:r>
              <w:t>Nom : Adrien JANNEL</w:t>
            </w:r>
          </w:p>
        </w:tc>
        <w:tc>
          <w:tcPr>
            <w:tcW w:w="4986" w:type="dxa"/>
          </w:tcPr>
          <w:p w14:paraId="1ED80E61" w14:textId="77777777" w:rsidR="00E716E8" w:rsidRDefault="00000000">
            <w:r>
              <w:t>Nom : Adrien JANNEL</w:t>
            </w:r>
          </w:p>
        </w:tc>
      </w:tr>
      <w:tr w:rsidR="00E716E8" w14:paraId="3AAB1961" w14:textId="77777777">
        <w:trPr>
          <w:jc w:val="center"/>
        </w:trPr>
        <w:tc>
          <w:tcPr>
            <w:tcW w:w="4986" w:type="dxa"/>
          </w:tcPr>
          <w:p w14:paraId="2FD06FE6" w14:textId="77777777" w:rsidR="00E716E8" w:rsidRDefault="00000000">
            <w:r>
              <w:t>Date :</w:t>
            </w:r>
          </w:p>
        </w:tc>
        <w:tc>
          <w:tcPr>
            <w:tcW w:w="4986" w:type="dxa"/>
          </w:tcPr>
          <w:p w14:paraId="6A6187FE" w14:textId="77777777" w:rsidR="00E716E8" w:rsidRDefault="00000000">
            <w:r>
              <w:t>Date :</w:t>
            </w:r>
          </w:p>
        </w:tc>
      </w:tr>
      <w:tr w:rsidR="00E716E8" w14:paraId="2A314F4F" w14:textId="77777777">
        <w:trPr>
          <w:jc w:val="center"/>
        </w:trPr>
        <w:tc>
          <w:tcPr>
            <w:tcW w:w="4986" w:type="dxa"/>
          </w:tcPr>
          <w:p w14:paraId="50F96C9D" w14:textId="77777777" w:rsidR="00E716E8" w:rsidRDefault="00000000">
            <w:r>
              <w:br/>
              <w:t>Signature :</w:t>
            </w:r>
            <w:r>
              <w:br/>
            </w:r>
            <w:r>
              <w:br/>
            </w:r>
          </w:p>
        </w:tc>
        <w:tc>
          <w:tcPr>
            <w:tcW w:w="4986" w:type="dxa"/>
          </w:tcPr>
          <w:p w14:paraId="0BC89CBA" w14:textId="77777777" w:rsidR="00E716E8" w:rsidRDefault="00000000">
            <w:r>
              <w:br/>
              <w:t>Signature :</w:t>
            </w:r>
            <w:r>
              <w:br/>
            </w:r>
            <w:r>
              <w:br/>
            </w:r>
          </w:p>
        </w:tc>
      </w:tr>
    </w:tbl>
    <w:p w14:paraId="40BC44F8" w14:textId="77777777" w:rsidR="00E716E8" w:rsidRDefault="00000000">
      <w:r>
        <w:br w:type="page"/>
      </w:r>
    </w:p>
    <w:p w14:paraId="11AEAB93" w14:textId="77777777" w:rsidR="00E716E8" w:rsidRDefault="00000000">
      <w:pPr>
        <w:jc w:val="center"/>
      </w:pPr>
      <w:r>
        <w:rPr>
          <w:b/>
          <w:sz w:val="32"/>
        </w:rPr>
        <w:lastRenderedPageBreak/>
        <w:t>DESCRIPTION DE POSTE</w:t>
      </w:r>
      <w:r>
        <w:rPr>
          <w:b/>
          <w:sz w:val="32"/>
        </w:rPr>
        <w:br/>
        <w:t>ASSOCIÉ</w:t>
      </w:r>
    </w:p>
    <w:tbl>
      <w:tblPr>
        <w:tblStyle w:val="Grilledutableau"/>
        <w:tblW w:w="0" w:type="auto"/>
        <w:jc w:val="center"/>
        <w:tblLook w:val="04A0" w:firstRow="1" w:lastRow="0" w:firstColumn="1" w:lastColumn="0" w:noHBand="0" w:noVBand="1"/>
      </w:tblPr>
      <w:tblGrid>
        <w:gridCol w:w="4986"/>
        <w:gridCol w:w="4986"/>
      </w:tblGrid>
      <w:tr w:rsidR="00E716E8" w14:paraId="5C16D9CF" w14:textId="77777777">
        <w:trPr>
          <w:jc w:val="center"/>
        </w:trPr>
        <w:tc>
          <w:tcPr>
            <w:tcW w:w="4986" w:type="dxa"/>
          </w:tcPr>
          <w:p w14:paraId="74F8D2D5" w14:textId="77777777" w:rsidR="00E716E8" w:rsidRDefault="00000000">
            <w:r>
              <w:t>Titulaire</w:t>
            </w:r>
          </w:p>
        </w:tc>
        <w:tc>
          <w:tcPr>
            <w:tcW w:w="4986" w:type="dxa"/>
          </w:tcPr>
          <w:p w14:paraId="08BD2A92" w14:textId="77777777" w:rsidR="00E716E8" w:rsidRDefault="00000000">
            <w:r>
              <w:t>Eliot WEISHAUPT</w:t>
            </w:r>
          </w:p>
        </w:tc>
      </w:tr>
      <w:tr w:rsidR="00E716E8" w14:paraId="0A20552E" w14:textId="77777777">
        <w:trPr>
          <w:jc w:val="center"/>
        </w:trPr>
        <w:tc>
          <w:tcPr>
            <w:tcW w:w="4986" w:type="dxa"/>
          </w:tcPr>
          <w:p w14:paraId="73AED1EF" w14:textId="77777777" w:rsidR="00E716E8" w:rsidRDefault="00000000">
            <w:r>
              <w:t>Rattachement</w:t>
            </w:r>
          </w:p>
        </w:tc>
        <w:tc>
          <w:tcPr>
            <w:tcW w:w="4986" w:type="dxa"/>
          </w:tcPr>
          <w:p w14:paraId="14B8A1B5" w14:textId="77777777" w:rsidR="00E716E8" w:rsidRDefault="00000000">
            <w:r>
              <w:t>Gouvernance de la société / en lien avec le Président</w:t>
            </w:r>
          </w:p>
        </w:tc>
      </w:tr>
      <w:tr w:rsidR="00E716E8" w14:paraId="05CA9224" w14:textId="77777777">
        <w:trPr>
          <w:jc w:val="center"/>
        </w:trPr>
        <w:tc>
          <w:tcPr>
            <w:tcW w:w="4986" w:type="dxa"/>
          </w:tcPr>
          <w:p w14:paraId="15707093" w14:textId="77777777" w:rsidR="00E716E8" w:rsidRDefault="00000000">
            <w:r>
              <w:t>Référence</w:t>
            </w:r>
          </w:p>
        </w:tc>
        <w:tc>
          <w:tcPr>
            <w:tcW w:w="4986" w:type="dxa"/>
          </w:tcPr>
          <w:p w14:paraId="159B66FC" w14:textId="77777777" w:rsidR="00E716E8" w:rsidRDefault="00000000">
            <w:r>
              <w:t>ADJ-SMQ-RH-01</w:t>
            </w:r>
          </w:p>
        </w:tc>
      </w:tr>
      <w:tr w:rsidR="00E716E8" w14:paraId="582B5833" w14:textId="77777777">
        <w:trPr>
          <w:jc w:val="center"/>
        </w:trPr>
        <w:tc>
          <w:tcPr>
            <w:tcW w:w="4986" w:type="dxa"/>
          </w:tcPr>
          <w:p w14:paraId="47551238" w14:textId="77777777" w:rsidR="00E716E8" w:rsidRDefault="00000000">
            <w:r>
              <w:t>Version / date</w:t>
            </w:r>
          </w:p>
        </w:tc>
        <w:tc>
          <w:tcPr>
            <w:tcW w:w="4986" w:type="dxa"/>
          </w:tcPr>
          <w:p w14:paraId="25A8CF74" w14:textId="77777777" w:rsidR="00E716E8" w:rsidRDefault="00000000">
            <w:r>
              <w:t>Version 1 – ____ / ____ / ______</w:t>
            </w:r>
          </w:p>
        </w:tc>
      </w:tr>
    </w:tbl>
    <w:p w14:paraId="11E38C2C" w14:textId="77777777" w:rsidR="00E716E8" w:rsidRDefault="00000000">
      <w:pPr>
        <w:pStyle w:val="Titre2"/>
      </w:pPr>
      <w:r>
        <w:t>Finalité du poste</w:t>
      </w:r>
    </w:p>
    <w:p w14:paraId="6185402F" w14:textId="77777777" w:rsidR="00E716E8" w:rsidRDefault="00000000">
      <w:r>
        <w:t>Contribuer aux orientations stratégiques et au développement d’ADJAN CONSULTING, apporter son expertise à la gouvernance et soutenir les projets structurants de l’entreprise.</w:t>
      </w:r>
    </w:p>
    <w:p w14:paraId="4FFC40DC" w14:textId="77777777" w:rsidR="00E716E8" w:rsidRDefault="00000000">
      <w:pPr>
        <w:pStyle w:val="Titre2"/>
      </w:pPr>
      <w:r>
        <w:t>Responsabilités principales</w:t>
      </w:r>
    </w:p>
    <w:p w14:paraId="1B512672" w14:textId="77777777" w:rsidR="00E716E8" w:rsidRDefault="00000000">
      <w:pPr>
        <w:pStyle w:val="Listepuces"/>
      </w:pPr>
      <w:r>
        <w:t>Participer à la réflexion et aux décisions relatives aux orientations stratégiques de l’entreprise.</w:t>
      </w:r>
    </w:p>
    <w:p w14:paraId="133C93D2" w14:textId="77777777" w:rsidR="00E716E8" w:rsidRDefault="00000000">
      <w:pPr>
        <w:pStyle w:val="Listepuces"/>
      </w:pPr>
      <w:r>
        <w:t>Apporter un regard critique et des recommandations sur les projets de développement, les investissements et les partenariats.</w:t>
      </w:r>
    </w:p>
    <w:p w14:paraId="15FF9FCE" w14:textId="77777777" w:rsidR="00E716E8" w:rsidRDefault="00000000">
      <w:pPr>
        <w:pStyle w:val="Listepuces"/>
      </w:pPr>
      <w:r>
        <w:t>Contribuer à l’identification des opportunités, risques et enjeux susceptibles d’avoir un impact sur l’activité.</w:t>
      </w:r>
    </w:p>
    <w:p w14:paraId="0AA26460" w14:textId="77777777" w:rsidR="00E716E8" w:rsidRDefault="00000000">
      <w:pPr>
        <w:pStyle w:val="Listepuces"/>
      </w:pPr>
      <w:r>
        <w:t>Soutenir le développement du réseau, des partenariats et des relations institutionnelles ou économiques.</w:t>
      </w:r>
    </w:p>
    <w:p w14:paraId="12F175BE" w14:textId="77777777" w:rsidR="00E716E8" w:rsidRDefault="00000000">
      <w:pPr>
        <w:pStyle w:val="Listepuces"/>
      </w:pPr>
      <w:r>
        <w:t>Participer, selon les besoins, au suivi des résultats et des indicateurs stratégiques.</w:t>
      </w:r>
    </w:p>
    <w:p w14:paraId="543EBCB5" w14:textId="77777777" w:rsidR="00E716E8" w:rsidRDefault="00000000">
      <w:pPr>
        <w:pStyle w:val="Listepuces"/>
      </w:pPr>
      <w:r>
        <w:t>Contribuer à la cohérence des décisions prises avec les objectifs de pérennité, de performance et de satisfaction des parties intéressées.</w:t>
      </w:r>
    </w:p>
    <w:p w14:paraId="05DA5EEC" w14:textId="77777777" w:rsidR="00E716E8" w:rsidRDefault="00000000">
      <w:pPr>
        <w:pStyle w:val="Listepuces"/>
      </w:pPr>
      <w:r>
        <w:t>Appuyer le Président dans les réflexions ou arbitrages relevant de la gouvernance.</w:t>
      </w:r>
    </w:p>
    <w:p w14:paraId="25783E2E" w14:textId="77777777" w:rsidR="00E716E8" w:rsidRDefault="00000000">
      <w:pPr>
        <w:pStyle w:val="Titre2"/>
      </w:pPr>
      <w:r>
        <w:t>Compétences et connaissances attendues</w:t>
      </w:r>
    </w:p>
    <w:p w14:paraId="10F63844" w14:textId="77777777" w:rsidR="00E716E8" w:rsidRDefault="00000000">
      <w:pPr>
        <w:pStyle w:val="Listepuces"/>
      </w:pPr>
      <w:r>
        <w:t>Compréhension des enjeux stratégiques, économiques et organisationnels.</w:t>
      </w:r>
    </w:p>
    <w:p w14:paraId="50D93C1A" w14:textId="77777777" w:rsidR="00E716E8" w:rsidRDefault="00000000">
      <w:pPr>
        <w:pStyle w:val="Listepuces"/>
      </w:pPr>
      <w:r>
        <w:t>Capacité d’analyse et de prise de recul.</w:t>
      </w:r>
    </w:p>
    <w:p w14:paraId="38E3A283" w14:textId="77777777" w:rsidR="00E716E8" w:rsidRDefault="00000000">
      <w:pPr>
        <w:pStyle w:val="Listepuces"/>
      </w:pPr>
      <w:r>
        <w:t>Connaissance de l’écosystème de l’entreprise et de ses marchés.</w:t>
      </w:r>
    </w:p>
    <w:p w14:paraId="0FDE591B" w14:textId="77777777" w:rsidR="00E716E8" w:rsidRDefault="00000000">
      <w:pPr>
        <w:pStyle w:val="Listepuces"/>
      </w:pPr>
      <w:r>
        <w:t>Capacité à développer et entretenir un réseau professionnel.</w:t>
      </w:r>
    </w:p>
    <w:p w14:paraId="600D084B" w14:textId="77777777" w:rsidR="00E716E8" w:rsidRDefault="00000000">
      <w:pPr>
        <w:pStyle w:val="Listepuces"/>
      </w:pPr>
      <w:r>
        <w:t>Aptitude à formuler des recommandations et à contribuer à la prise de décision.</w:t>
      </w:r>
    </w:p>
    <w:p w14:paraId="6F041AE2" w14:textId="77777777" w:rsidR="00E716E8" w:rsidRDefault="00000000">
      <w:pPr>
        <w:pStyle w:val="Listepuces"/>
      </w:pPr>
      <w:r>
        <w:t>Discrétion et respect de la confidentialité.</w:t>
      </w:r>
    </w:p>
    <w:p w14:paraId="0B8830B0" w14:textId="77777777" w:rsidR="00E716E8" w:rsidRDefault="00000000">
      <w:pPr>
        <w:pStyle w:val="Titre2"/>
      </w:pPr>
      <w:r>
        <w:t>Autonomie et niveau d’autorité</w:t>
      </w:r>
    </w:p>
    <w:p w14:paraId="02C088AA" w14:textId="77777777" w:rsidR="00E716E8" w:rsidRDefault="00000000">
      <w:r>
        <w:t>Contribue aux décisions relevant de la gouvernance dans le respect des statuts, des délégations et des arbitrages du Président. N’exerce pas d’autorité hiérarchique opérationnelle sauf délégation formalisée.</w:t>
      </w:r>
    </w:p>
    <w:p w14:paraId="2F478221" w14:textId="77777777" w:rsidR="00E716E8" w:rsidRDefault="00000000">
      <w:pPr>
        <w:pStyle w:val="Titre2"/>
      </w:pPr>
      <w:r>
        <w:t>Principales interfaces</w:t>
      </w:r>
    </w:p>
    <w:p w14:paraId="6557F172" w14:textId="77777777" w:rsidR="00E716E8" w:rsidRDefault="00000000">
      <w:r>
        <w:t>Président, responsables opérationnels, partenaires stratégiques et parties intéressées externes.</w:t>
      </w:r>
    </w:p>
    <w:p w14:paraId="79D6A1DD" w14:textId="77777777" w:rsidR="00E716E8" w:rsidRDefault="00000000">
      <w:pPr>
        <w:pStyle w:val="Titre2"/>
      </w:pPr>
      <w:r>
        <w:t>Contribution au système de management de la qualité</w:t>
      </w:r>
    </w:p>
    <w:p w14:paraId="3A0C9A5D" w14:textId="77777777" w:rsidR="00E716E8" w:rsidRDefault="00000000">
      <w:r>
        <w:t>Contribue à la prise en compte des enjeux, risques, opportunités et attentes des parties intéressées dans les orientations de l’entreprise.</w:t>
      </w:r>
    </w:p>
    <w:p w14:paraId="108ABE06" w14:textId="77777777" w:rsidR="00E716E8" w:rsidRDefault="00000000">
      <w:pPr>
        <w:pStyle w:val="Titre2"/>
      </w:pPr>
      <w:r>
        <w:t>Prise de connaissance</w:t>
      </w:r>
    </w:p>
    <w:p w14:paraId="35A8B6A9"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0B2FC822" w14:textId="77777777">
        <w:trPr>
          <w:jc w:val="center"/>
        </w:trPr>
        <w:tc>
          <w:tcPr>
            <w:tcW w:w="4986" w:type="dxa"/>
          </w:tcPr>
          <w:p w14:paraId="24743A01" w14:textId="77777777" w:rsidR="00E716E8" w:rsidRDefault="00000000">
            <w:r>
              <w:t>Le titulaire du poste</w:t>
            </w:r>
          </w:p>
        </w:tc>
        <w:tc>
          <w:tcPr>
            <w:tcW w:w="4986" w:type="dxa"/>
          </w:tcPr>
          <w:p w14:paraId="19E1EC37" w14:textId="77777777" w:rsidR="00E716E8" w:rsidRDefault="00000000">
            <w:r>
              <w:t>La Direction</w:t>
            </w:r>
          </w:p>
        </w:tc>
      </w:tr>
      <w:tr w:rsidR="00E716E8" w14:paraId="572D8F12" w14:textId="77777777">
        <w:trPr>
          <w:jc w:val="center"/>
        </w:trPr>
        <w:tc>
          <w:tcPr>
            <w:tcW w:w="4986" w:type="dxa"/>
          </w:tcPr>
          <w:p w14:paraId="431D8523" w14:textId="77777777" w:rsidR="00E716E8" w:rsidRDefault="00000000">
            <w:r>
              <w:t>Nom : Eliot WEISHAUPT</w:t>
            </w:r>
          </w:p>
        </w:tc>
        <w:tc>
          <w:tcPr>
            <w:tcW w:w="4986" w:type="dxa"/>
          </w:tcPr>
          <w:p w14:paraId="5E895FD0" w14:textId="77777777" w:rsidR="00E716E8" w:rsidRDefault="00000000">
            <w:r>
              <w:t>Nom : Adrien JANNEL</w:t>
            </w:r>
          </w:p>
        </w:tc>
      </w:tr>
      <w:tr w:rsidR="00E716E8" w14:paraId="030E3FAA" w14:textId="77777777">
        <w:trPr>
          <w:jc w:val="center"/>
        </w:trPr>
        <w:tc>
          <w:tcPr>
            <w:tcW w:w="4986" w:type="dxa"/>
          </w:tcPr>
          <w:p w14:paraId="09D67D95" w14:textId="77777777" w:rsidR="00E716E8" w:rsidRDefault="00000000">
            <w:r>
              <w:t>Date :</w:t>
            </w:r>
          </w:p>
        </w:tc>
        <w:tc>
          <w:tcPr>
            <w:tcW w:w="4986" w:type="dxa"/>
          </w:tcPr>
          <w:p w14:paraId="049C8105" w14:textId="77777777" w:rsidR="00E716E8" w:rsidRDefault="00000000">
            <w:r>
              <w:t>Date :</w:t>
            </w:r>
          </w:p>
        </w:tc>
      </w:tr>
      <w:tr w:rsidR="00E716E8" w14:paraId="69D2EF0D" w14:textId="77777777">
        <w:trPr>
          <w:jc w:val="center"/>
        </w:trPr>
        <w:tc>
          <w:tcPr>
            <w:tcW w:w="4986" w:type="dxa"/>
          </w:tcPr>
          <w:p w14:paraId="54ACFBA1" w14:textId="77777777" w:rsidR="00E716E8" w:rsidRDefault="00000000">
            <w:r>
              <w:lastRenderedPageBreak/>
              <w:br/>
              <w:t>Signature :</w:t>
            </w:r>
            <w:r>
              <w:br/>
            </w:r>
            <w:r>
              <w:br/>
            </w:r>
          </w:p>
        </w:tc>
        <w:tc>
          <w:tcPr>
            <w:tcW w:w="4986" w:type="dxa"/>
          </w:tcPr>
          <w:p w14:paraId="0B3E230A" w14:textId="77777777" w:rsidR="00E716E8" w:rsidRDefault="00000000">
            <w:r>
              <w:br/>
              <w:t>Signature :</w:t>
            </w:r>
            <w:r>
              <w:br/>
            </w:r>
            <w:r>
              <w:br/>
            </w:r>
          </w:p>
        </w:tc>
      </w:tr>
    </w:tbl>
    <w:p w14:paraId="5C29BD4F" w14:textId="77777777" w:rsidR="00E716E8" w:rsidRDefault="00000000">
      <w:r>
        <w:br w:type="page"/>
      </w:r>
    </w:p>
    <w:p w14:paraId="485055A4" w14:textId="77777777" w:rsidR="00E716E8" w:rsidRDefault="00000000">
      <w:pPr>
        <w:jc w:val="center"/>
      </w:pPr>
      <w:r>
        <w:rPr>
          <w:b/>
          <w:sz w:val="32"/>
        </w:rPr>
        <w:lastRenderedPageBreak/>
        <w:t>DESCRIPTION DE POSTE</w:t>
      </w:r>
      <w:r>
        <w:rPr>
          <w:b/>
          <w:sz w:val="32"/>
        </w:rPr>
        <w:br/>
        <w:t>COORDINATEUR PÉDAGOGIQUE</w:t>
      </w:r>
    </w:p>
    <w:tbl>
      <w:tblPr>
        <w:tblStyle w:val="Grilledutableau"/>
        <w:tblW w:w="0" w:type="auto"/>
        <w:jc w:val="center"/>
        <w:tblLook w:val="04A0" w:firstRow="1" w:lastRow="0" w:firstColumn="1" w:lastColumn="0" w:noHBand="0" w:noVBand="1"/>
      </w:tblPr>
      <w:tblGrid>
        <w:gridCol w:w="4986"/>
        <w:gridCol w:w="4986"/>
      </w:tblGrid>
      <w:tr w:rsidR="00E716E8" w14:paraId="1EF080C1" w14:textId="77777777">
        <w:trPr>
          <w:jc w:val="center"/>
        </w:trPr>
        <w:tc>
          <w:tcPr>
            <w:tcW w:w="4986" w:type="dxa"/>
          </w:tcPr>
          <w:p w14:paraId="4CF25B87" w14:textId="77777777" w:rsidR="00E716E8" w:rsidRDefault="00000000">
            <w:r>
              <w:t>Titulaire</w:t>
            </w:r>
          </w:p>
        </w:tc>
        <w:tc>
          <w:tcPr>
            <w:tcW w:w="4986" w:type="dxa"/>
          </w:tcPr>
          <w:p w14:paraId="08AE39EA" w14:textId="77777777" w:rsidR="00E716E8" w:rsidRDefault="00000000">
            <w:r>
              <w:t>Thibault JACQUES</w:t>
            </w:r>
          </w:p>
        </w:tc>
      </w:tr>
      <w:tr w:rsidR="00E716E8" w14:paraId="00E6DEB2" w14:textId="77777777">
        <w:trPr>
          <w:jc w:val="center"/>
        </w:trPr>
        <w:tc>
          <w:tcPr>
            <w:tcW w:w="4986" w:type="dxa"/>
          </w:tcPr>
          <w:p w14:paraId="0B882F2D" w14:textId="77777777" w:rsidR="00E716E8" w:rsidRDefault="00000000">
            <w:r>
              <w:t>Rattachement</w:t>
            </w:r>
          </w:p>
        </w:tc>
        <w:tc>
          <w:tcPr>
            <w:tcW w:w="4986" w:type="dxa"/>
          </w:tcPr>
          <w:p w14:paraId="02869AA2" w14:textId="77777777" w:rsidR="00E716E8" w:rsidRDefault="00000000">
            <w:r>
              <w:t>Président</w:t>
            </w:r>
          </w:p>
        </w:tc>
      </w:tr>
      <w:tr w:rsidR="00E716E8" w14:paraId="27BEB321" w14:textId="77777777">
        <w:trPr>
          <w:jc w:val="center"/>
        </w:trPr>
        <w:tc>
          <w:tcPr>
            <w:tcW w:w="4986" w:type="dxa"/>
          </w:tcPr>
          <w:p w14:paraId="33F9FBBA" w14:textId="77777777" w:rsidR="00E716E8" w:rsidRDefault="00000000">
            <w:r>
              <w:t>Référence</w:t>
            </w:r>
          </w:p>
        </w:tc>
        <w:tc>
          <w:tcPr>
            <w:tcW w:w="4986" w:type="dxa"/>
          </w:tcPr>
          <w:p w14:paraId="183AEDBA" w14:textId="77777777" w:rsidR="00E716E8" w:rsidRDefault="00000000">
            <w:r>
              <w:t>ADJ-SMQ-RH-01</w:t>
            </w:r>
          </w:p>
        </w:tc>
      </w:tr>
      <w:tr w:rsidR="00E716E8" w14:paraId="68DF92F5" w14:textId="77777777">
        <w:trPr>
          <w:jc w:val="center"/>
        </w:trPr>
        <w:tc>
          <w:tcPr>
            <w:tcW w:w="4986" w:type="dxa"/>
          </w:tcPr>
          <w:p w14:paraId="59EABDCF" w14:textId="77777777" w:rsidR="00E716E8" w:rsidRDefault="00000000">
            <w:r>
              <w:t>Version / date</w:t>
            </w:r>
          </w:p>
        </w:tc>
        <w:tc>
          <w:tcPr>
            <w:tcW w:w="4986" w:type="dxa"/>
          </w:tcPr>
          <w:p w14:paraId="1D8094F7" w14:textId="77777777" w:rsidR="00E716E8" w:rsidRDefault="00000000">
            <w:r>
              <w:t>Version 1 – ____ / ____ / ______</w:t>
            </w:r>
          </w:p>
        </w:tc>
      </w:tr>
    </w:tbl>
    <w:p w14:paraId="6415A8ED" w14:textId="77777777" w:rsidR="00E716E8" w:rsidRDefault="00000000">
      <w:pPr>
        <w:pStyle w:val="Titre2"/>
      </w:pPr>
      <w:r>
        <w:t>Finalité du poste</w:t>
      </w:r>
    </w:p>
    <w:p w14:paraId="2DFE89D4" w14:textId="77777777" w:rsidR="00E716E8" w:rsidRDefault="00000000">
      <w:r>
        <w:t>Piloter et coordonner la conception, la préparation, la réalisation et l’évaluation des actions de formation afin de garantir leur pertinence, leur conformité et leur qualité pédagogique.</w:t>
      </w:r>
    </w:p>
    <w:p w14:paraId="18FA5BEA" w14:textId="77777777" w:rsidR="00E716E8" w:rsidRDefault="00000000">
      <w:pPr>
        <w:pStyle w:val="Titre2"/>
      </w:pPr>
      <w:r>
        <w:t>Responsabilités principales</w:t>
      </w:r>
    </w:p>
    <w:p w14:paraId="57A4E7F0" w14:textId="77777777" w:rsidR="00E716E8" w:rsidRDefault="00000000">
      <w:pPr>
        <w:pStyle w:val="Listepuces"/>
      </w:pPr>
      <w:r>
        <w:t>Analyser les besoins exprimés par les clients et contribuer à leur traduction en objectifs pédagogiques opérationnels.</w:t>
      </w:r>
    </w:p>
    <w:p w14:paraId="6C62CA69" w14:textId="77777777" w:rsidR="00E716E8" w:rsidRDefault="00000000">
      <w:pPr>
        <w:pStyle w:val="Listepuces"/>
      </w:pPr>
      <w:r>
        <w:t>Concevoir, adapter, formaliser et mettre à jour les programmes, déroulés, contenus, supports et modalités d’évaluation.</w:t>
      </w:r>
    </w:p>
    <w:p w14:paraId="24FC1163" w14:textId="77777777" w:rsidR="00E716E8" w:rsidRDefault="00000000">
      <w:pPr>
        <w:pStyle w:val="Listepuces"/>
      </w:pPr>
      <w:r>
        <w:t>Veiller à la cohérence entre les besoins identifiés, les objectifs, les méthodes pédagogiques, les moyens mobilisés et les évaluations.</w:t>
      </w:r>
    </w:p>
    <w:p w14:paraId="7533C486" w14:textId="77777777" w:rsidR="00E716E8" w:rsidRDefault="00000000">
      <w:pPr>
        <w:pStyle w:val="Listepuces"/>
      </w:pPr>
      <w:r>
        <w:t>Planifier et coordonner les actions de formation en lien avec les équipes commerciales, les formateurs et les clients.</w:t>
      </w:r>
    </w:p>
    <w:p w14:paraId="5E074668" w14:textId="77777777" w:rsidR="00E716E8" w:rsidRDefault="00000000">
      <w:pPr>
        <w:pStyle w:val="Listepuces"/>
      </w:pPr>
      <w:r>
        <w:t>Identifier, sélectionner et accompagner les formateurs internes ou externes en vérifiant l’adéquation de leurs compétences avec les prestations confiées.</w:t>
      </w:r>
    </w:p>
    <w:p w14:paraId="5824FC31" w14:textId="77777777" w:rsidR="00E716E8" w:rsidRDefault="00000000">
      <w:pPr>
        <w:pStyle w:val="Listepuces"/>
      </w:pPr>
      <w:r>
        <w:t>Transmettre aux intervenants les informations nécessaires à la bonne réalisation des formations.</w:t>
      </w:r>
    </w:p>
    <w:p w14:paraId="1DEBB9AC" w14:textId="77777777" w:rsidR="00E716E8" w:rsidRDefault="00000000">
      <w:pPr>
        <w:pStyle w:val="Listepuces"/>
      </w:pPr>
      <w:r>
        <w:t>Veiller à la disponibilité et à la conformité des ressources pédagogiques, techniques et documentaires.</w:t>
      </w:r>
    </w:p>
    <w:p w14:paraId="773EB51A" w14:textId="77777777" w:rsidR="00E716E8" w:rsidRDefault="00000000">
      <w:pPr>
        <w:pStyle w:val="Listepuces"/>
      </w:pPr>
      <w:r>
        <w:t>Superviser le suivi pédagogique, les évaluations des acquis, les bilans et les retours de satisfaction.</w:t>
      </w:r>
    </w:p>
    <w:p w14:paraId="3BB69A6F" w14:textId="77777777" w:rsidR="00E716E8" w:rsidRDefault="00000000">
      <w:pPr>
        <w:pStyle w:val="Listepuces"/>
      </w:pPr>
      <w:r>
        <w:t>Analyser les résultats, réclamations, difficultés et écarts à caractère pédagogique et proposer les actions correctives ou d’amélioration adaptées.</w:t>
      </w:r>
    </w:p>
    <w:p w14:paraId="674F750E" w14:textId="77777777" w:rsidR="00E716E8" w:rsidRDefault="00000000">
      <w:pPr>
        <w:pStyle w:val="Listepuces"/>
      </w:pPr>
      <w:r>
        <w:t>Assurer la traçabilité des étapes de conception et de développement des nouvelles formations ou des évolutions significatives.</w:t>
      </w:r>
    </w:p>
    <w:p w14:paraId="6E4A8707" w14:textId="77777777" w:rsidR="00E716E8" w:rsidRDefault="00000000">
      <w:pPr>
        <w:pStyle w:val="Listepuces"/>
      </w:pPr>
      <w:r>
        <w:t>Participer à la veille pédagogique, réglementaire, technologique et métier.</w:t>
      </w:r>
    </w:p>
    <w:p w14:paraId="3C2B1BCB" w14:textId="77777777" w:rsidR="00E716E8" w:rsidRDefault="00000000">
      <w:pPr>
        <w:pStyle w:val="Listepuces"/>
      </w:pPr>
      <w:r>
        <w:t>Contribuer à la préparation des audits et à la mise à disposition des preuves relevant du périmètre pédagogique.</w:t>
      </w:r>
    </w:p>
    <w:p w14:paraId="5CD60526" w14:textId="77777777" w:rsidR="00E716E8" w:rsidRDefault="00000000">
      <w:pPr>
        <w:pStyle w:val="Titre2"/>
      </w:pPr>
      <w:r>
        <w:t>Compétences et connaissances attendues</w:t>
      </w:r>
    </w:p>
    <w:p w14:paraId="19906ACF" w14:textId="77777777" w:rsidR="00E716E8" w:rsidRDefault="00000000">
      <w:pPr>
        <w:pStyle w:val="Listepuces"/>
      </w:pPr>
      <w:r>
        <w:t>Ingénierie de formation et ingénierie pédagogique.</w:t>
      </w:r>
    </w:p>
    <w:p w14:paraId="545E3F2B" w14:textId="77777777" w:rsidR="00E716E8" w:rsidRDefault="00000000">
      <w:pPr>
        <w:pStyle w:val="Listepuces"/>
      </w:pPr>
      <w:r>
        <w:t>Maîtrise des méthodes d’analyse des besoins et de formulation des objectifs pédagogiques.</w:t>
      </w:r>
    </w:p>
    <w:p w14:paraId="3EAA48C3" w14:textId="77777777" w:rsidR="00E716E8" w:rsidRDefault="00000000">
      <w:pPr>
        <w:pStyle w:val="Listepuces"/>
      </w:pPr>
      <w:r>
        <w:t>Conception de programmes, séquences, supports et dispositifs d’évaluation.</w:t>
      </w:r>
    </w:p>
    <w:p w14:paraId="25B62926" w14:textId="77777777" w:rsidR="00E716E8" w:rsidRDefault="00000000">
      <w:pPr>
        <w:pStyle w:val="Listepuces"/>
      </w:pPr>
      <w:r>
        <w:t>Connaissance de la réglementation de la formation professionnelle et des exigences Qualiopi applicables.</w:t>
      </w:r>
    </w:p>
    <w:p w14:paraId="58555525" w14:textId="77777777" w:rsidR="00E716E8" w:rsidRDefault="00000000">
      <w:pPr>
        <w:pStyle w:val="Listepuces"/>
      </w:pPr>
      <w:r>
        <w:t>Capacité de coordination, de planification et d’animation d’un réseau de formateurs.</w:t>
      </w:r>
    </w:p>
    <w:p w14:paraId="5CB04B13" w14:textId="77777777" w:rsidR="00E716E8" w:rsidRDefault="00000000">
      <w:pPr>
        <w:pStyle w:val="Listepuces"/>
      </w:pPr>
      <w:r>
        <w:t>Maîtrise des outils numériques et pédagogiques utilisés par l’organisme.</w:t>
      </w:r>
    </w:p>
    <w:p w14:paraId="723D018C" w14:textId="77777777" w:rsidR="00E716E8" w:rsidRDefault="00000000">
      <w:pPr>
        <w:pStyle w:val="Listepuces"/>
      </w:pPr>
      <w:r>
        <w:t>Analyse des résultats, résolution de problèmes et amélioration continue.</w:t>
      </w:r>
    </w:p>
    <w:p w14:paraId="29715C69" w14:textId="77777777" w:rsidR="00E716E8" w:rsidRDefault="00000000">
      <w:pPr>
        <w:pStyle w:val="Listepuces"/>
      </w:pPr>
      <w:r>
        <w:t>Rigueur documentaire, organisation, communication et sens du service client.</w:t>
      </w:r>
    </w:p>
    <w:p w14:paraId="7CF2E80E" w14:textId="77777777" w:rsidR="00E716E8" w:rsidRDefault="00000000">
      <w:pPr>
        <w:pStyle w:val="Titre2"/>
      </w:pPr>
      <w:r>
        <w:t>Autonomie et niveau d’autorité</w:t>
      </w:r>
    </w:p>
    <w:p w14:paraId="0DBD5EF8" w14:textId="77777777" w:rsidR="00E716E8" w:rsidRDefault="00000000">
      <w:r>
        <w:t>Peut demander la correction ou la mise à jour d’un contenu, d’un support ou d’une modalité pédagogique non conforme. Peut alerter la Direction et proposer le report d’une action lorsque les conditions nécessaires à sa qualité ne sont pas réunies.</w:t>
      </w:r>
    </w:p>
    <w:p w14:paraId="34F10991" w14:textId="77777777" w:rsidR="00E716E8" w:rsidRDefault="00000000">
      <w:pPr>
        <w:pStyle w:val="Titre2"/>
      </w:pPr>
      <w:r>
        <w:lastRenderedPageBreak/>
        <w:t>Principales interfaces</w:t>
      </w:r>
    </w:p>
    <w:p w14:paraId="1E08BF5E" w14:textId="77777777" w:rsidR="00E716E8" w:rsidRDefault="00000000">
      <w:r>
        <w:t>Président, commerciaux, formateurs, clients, apprenants, prestataires pédagogiques et fonctions support.</w:t>
      </w:r>
    </w:p>
    <w:p w14:paraId="50A23BC2" w14:textId="77777777" w:rsidR="00E716E8" w:rsidRDefault="00000000">
      <w:pPr>
        <w:pStyle w:val="Titre2"/>
      </w:pPr>
      <w:r>
        <w:t>Contribution au système de management de la qualité</w:t>
      </w:r>
    </w:p>
    <w:p w14:paraId="7ADB6DAB" w14:textId="77777777" w:rsidR="00E716E8" w:rsidRDefault="00000000">
      <w:r>
        <w:t>Pilote la maîtrise opérationnelle du processus pédagogique, contribue à la conception et au développement des formations, analyse les résultats et participe au traitement des écarts et à l’amélioration continue.</w:t>
      </w:r>
    </w:p>
    <w:p w14:paraId="4F0B446A" w14:textId="77777777" w:rsidR="00E716E8" w:rsidRDefault="00000000">
      <w:pPr>
        <w:pStyle w:val="Titre2"/>
      </w:pPr>
      <w:r>
        <w:t>Prise de connaissance</w:t>
      </w:r>
    </w:p>
    <w:p w14:paraId="7E4C63C1"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20BD1304" w14:textId="77777777">
        <w:trPr>
          <w:jc w:val="center"/>
        </w:trPr>
        <w:tc>
          <w:tcPr>
            <w:tcW w:w="4986" w:type="dxa"/>
          </w:tcPr>
          <w:p w14:paraId="539BEDBB" w14:textId="77777777" w:rsidR="00E716E8" w:rsidRDefault="00000000">
            <w:r>
              <w:t>Le titulaire du poste</w:t>
            </w:r>
          </w:p>
        </w:tc>
        <w:tc>
          <w:tcPr>
            <w:tcW w:w="4986" w:type="dxa"/>
          </w:tcPr>
          <w:p w14:paraId="1FFBFA46" w14:textId="77777777" w:rsidR="00E716E8" w:rsidRDefault="00000000">
            <w:r>
              <w:t>La Direction</w:t>
            </w:r>
          </w:p>
        </w:tc>
      </w:tr>
      <w:tr w:rsidR="00E716E8" w14:paraId="2E72E5BA" w14:textId="77777777">
        <w:trPr>
          <w:jc w:val="center"/>
        </w:trPr>
        <w:tc>
          <w:tcPr>
            <w:tcW w:w="4986" w:type="dxa"/>
          </w:tcPr>
          <w:p w14:paraId="108F5427" w14:textId="77777777" w:rsidR="00E716E8" w:rsidRDefault="00000000">
            <w:r>
              <w:t>Nom : Thibault JACQUES</w:t>
            </w:r>
          </w:p>
        </w:tc>
        <w:tc>
          <w:tcPr>
            <w:tcW w:w="4986" w:type="dxa"/>
          </w:tcPr>
          <w:p w14:paraId="659C0B85" w14:textId="77777777" w:rsidR="00E716E8" w:rsidRDefault="00000000">
            <w:r>
              <w:t>Nom : Adrien JANNEL</w:t>
            </w:r>
          </w:p>
        </w:tc>
      </w:tr>
      <w:tr w:rsidR="00E716E8" w14:paraId="319A321C" w14:textId="77777777">
        <w:trPr>
          <w:jc w:val="center"/>
        </w:trPr>
        <w:tc>
          <w:tcPr>
            <w:tcW w:w="4986" w:type="dxa"/>
          </w:tcPr>
          <w:p w14:paraId="08E3E671" w14:textId="77777777" w:rsidR="00E716E8" w:rsidRDefault="00000000">
            <w:r>
              <w:t>Date :</w:t>
            </w:r>
          </w:p>
        </w:tc>
        <w:tc>
          <w:tcPr>
            <w:tcW w:w="4986" w:type="dxa"/>
          </w:tcPr>
          <w:p w14:paraId="2A0C36AC" w14:textId="77777777" w:rsidR="00E716E8" w:rsidRDefault="00000000">
            <w:r>
              <w:t>Date :</w:t>
            </w:r>
          </w:p>
        </w:tc>
      </w:tr>
      <w:tr w:rsidR="00E716E8" w14:paraId="77B33A2B" w14:textId="77777777">
        <w:trPr>
          <w:jc w:val="center"/>
        </w:trPr>
        <w:tc>
          <w:tcPr>
            <w:tcW w:w="4986" w:type="dxa"/>
          </w:tcPr>
          <w:p w14:paraId="03813CE9" w14:textId="77777777" w:rsidR="00E716E8" w:rsidRDefault="00000000">
            <w:r>
              <w:br/>
              <w:t>Signature :</w:t>
            </w:r>
            <w:r>
              <w:br/>
            </w:r>
            <w:r>
              <w:br/>
            </w:r>
          </w:p>
        </w:tc>
        <w:tc>
          <w:tcPr>
            <w:tcW w:w="4986" w:type="dxa"/>
          </w:tcPr>
          <w:p w14:paraId="100A56DE" w14:textId="77777777" w:rsidR="00E716E8" w:rsidRDefault="00000000">
            <w:r>
              <w:br/>
              <w:t>Signature :</w:t>
            </w:r>
            <w:r>
              <w:br/>
            </w:r>
            <w:r>
              <w:br/>
            </w:r>
          </w:p>
        </w:tc>
      </w:tr>
    </w:tbl>
    <w:p w14:paraId="31CB7450" w14:textId="77777777" w:rsidR="00E716E8" w:rsidRDefault="00000000">
      <w:r>
        <w:br w:type="page"/>
      </w:r>
    </w:p>
    <w:p w14:paraId="653A0218" w14:textId="77777777" w:rsidR="00E716E8" w:rsidRDefault="00000000">
      <w:pPr>
        <w:jc w:val="center"/>
      </w:pPr>
      <w:r>
        <w:rPr>
          <w:b/>
          <w:sz w:val="32"/>
        </w:rPr>
        <w:lastRenderedPageBreak/>
        <w:t>DESCRIPTION DE POSTE</w:t>
      </w:r>
      <w:r>
        <w:rPr>
          <w:b/>
          <w:sz w:val="32"/>
        </w:rPr>
        <w:br/>
        <w:t>COMMERCIAL FORMATION – ENTREPRISES</w:t>
      </w:r>
    </w:p>
    <w:tbl>
      <w:tblPr>
        <w:tblStyle w:val="Grilledutableau"/>
        <w:tblW w:w="0" w:type="auto"/>
        <w:jc w:val="center"/>
        <w:tblLook w:val="04A0" w:firstRow="1" w:lastRow="0" w:firstColumn="1" w:lastColumn="0" w:noHBand="0" w:noVBand="1"/>
      </w:tblPr>
      <w:tblGrid>
        <w:gridCol w:w="4986"/>
        <w:gridCol w:w="4986"/>
      </w:tblGrid>
      <w:tr w:rsidR="00E716E8" w14:paraId="7956ADA6" w14:textId="77777777">
        <w:trPr>
          <w:jc w:val="center"/>
        </w:trPr>
        <w:tc>
          <w:tcPr>
            <w:tcW w:w="4986" w:type="dxa"/>
          </w:tcPr>
          <w:p w14:paraId="7D6F352C" w14:textId="77777777" w:rsidR="00E716E8" w:rsidRDefault="00000000">
            <w:r>
              <w:t>Titulaire</w:t>
            </w:r>
          </w:p>
        </w:tc>
        <w:tc>
          <w:tcPr>
            <w:tcW w:w="4986" w:type="dxa"/>
          </w:tcPr>
          <w:p w14:paraId="2E57CCC0" w14:textId="77777777" w:rsidR="00E716E8" w:rsidRDefault="00000000">
            <w:r>
              <w:t>Émilie MAIDA</w:t>
            </w:r>
          </w:p>
        </w:tc>
      </w:tr>
      <w:tr w:rsidR="00E716E8" w14:paraId="436F97D6" w14:textId="77777777">
        <w:trPr>
          <w:jc w:val="center"/>
        </w:trPr>
        <w:tc>
          <w:tcPr>
            <w:tcW w:w="4986" w:type="dxa"/>
          </w:tcPr>
          <w:p w14:paraId="0D50B996" w14:textId="77777777" w:rsidR="00E716E8" w:rsidRDefault="00000000">
            <w:r>
              <w:t>Rattachement</w:t>
            </w:r>
          </w:p>
        </w:tc>
        <w:tc>
          <w:tcPr>
            <w:tcW w:w="4986" w:type="dxa"/>
          </w:tcPr>
          <w:p w14:paraId="6CEC61C4" w14:textId="77777777" w:rsidR="00E716E8" w:rsidRDefault="00000000">
            <w:r>
              <w:t>Coordinateur pédagogique pour la coordination opérationnelle et Président pour les orientations commerciales</w:t>
            </w:r>
          </w:p>
        </w:tc>
      </w:tr>
      <w:tr w:rsidR="00E716E8" w14:paraId="36A2410B" w14:textId="77777777">
        <w:trPr>
          <w:jc w:val="center"/>
        </w:trPr>
        <w:tc>
          <w:tcPr>
            <w:tcW w:w="4986" w:type="dxa"/>
          </w:tcPr>
          <w:p w14:paraId="2B20BB7E" w14:textId="77777777" w:rsidR="00E716E8" w:rsidRDefault="00000000">
            <w:r>
              <w:t>Référence</w:t>
            </w:r>
          </w:p>
        </w:tc>
        <w:tc>
          <w:tcPr>
            <w:tcW w:w="4986" w:type="dxa"/>
          </w:tcPr>
          <w:p w14:paraId="21C5A6F1" w14:textId="77777777" w:rsidR="00E716E8" w:rsidRDefault="00000000">
            <w:r>
              <w:t>ADJ-SMQ-RH-01</w:t>
            </w:r>
          </w:p>
        </w:tc>
      </w:tr>
      <w:tr w:rsidR="00E716E8" w14:paraId="4FB08ACB" w14:textId="77777777">
        <w:trPr>
          <w:jc w:val="center"/>
        </w:trPr>
        <w:tc>
          <w:tcPr>
            <w:tcW w:w="4986" w:type="dxa"/>
          </w:tcPr>
          <w:p w14:paraId="09A62681" w14:textId="77777777" w:rsidR="00E716E8" w:rsidRDefault="00000000">
            <w:r>
              <w:t>Version / date</w:t>
            </w:r>
          </w:p>
        </w:tc>
        <w:tc>
          <w:tcPr>
            <w:tcW w:w="4986" w:type="dxa"/>
          </w:tcPr>
          <w:p w14:paraId="461FDEBB" w14:textId="77777777" w:rsidR="00E716E8" w:rsidRDefault="00000000">
            <w:r>
              <w:t>Version 1 – ____ / ____ / ______</w:t>
            </w:r>
          </w:p>
        </w:tc>
      </w:tr>
    </w:tbl>
    <w:p w14:paraId="42C965F0" w14:textId="77777777" w:rsidR="00E716E8" w:rsidRDefault="00000000">
      <w:pPr>
        <w:pStyle w:val="Titre2"/>
      </w:pPr>
      <w:r>
        <w:t>Finalité du poste</w:t>
      </w:r>
    </w:p>
    <w:p w14:paraId="43587A02" w14:textId="77777777" w:rsidR="00E716E8" w:rsidRDefault="00000000">
      <w:r>
        <w:t>Développer le portefeuille d’entreprises clientes, analyser leurs besoins en compétences et proposer des solutions de formation pertinentes, réalisables et conformes aux capacités d’ADJAN CONSULTING.</w:t>
      </w:r>
    </w:p>
    <w:p w14:paraId="344D860E" w14:textId="77777777" w:rsidR="00E716E8" w:rsidRDefault="00000000">
      <w:pPr>
        <w:pStyle w:val="Titre2"/>
      </w:pPr>
      <w:r>
        <w:t>Responsabilités principales</w:t>
      </w:r>
    </w:p>
    <w:p w14:paraId="1D1C8D12" w14:textId="77777777" w:rsidR="00E716E8" w:rsidRDefault="00000000">
      <w:pPr>
        <w:pStyle w:val="Listepuces"/>
      </w:pPr>
      <w:r>
        <w:t>Prospecter de nouvelles entreprises et développer un portefeuille de clients et partenaires.</w:t>
      </w:r>
    </w:p>
    <w:p w14:paraId="6B5CB80A" w14:textId="77777777" w:rsidR="00E716E8" w:rsidRDefault="00000000">
      <w:pPr>
        <w:pStyle w:val="Listepuces"/>
      </w:pPr>
      <w:r>
        <w:t>Identifier les interlocuteurs décisionnaires et entretenir une relation commerciale durable.</w:t>
      </w:r>
    </w:p>
    <w:p w14:paraId="5F0D42EE" w14:textId="77777777" w:rsidR="00E716E8" w:rsidRDefault="00000000">
      <w:pPr>
        <w:pStyle w:val="Listepuces"/>
      </w:pPr>
      <w:r>
        <w:t>Recueillir et analyser le contexte, les besoins, les objectifs, les publics, les contraintes et les attentes du client.</w:t>
      </w:r>
    </w:p>
    <w:p w14:paraId="1ACD8280" w14:textId="77777777" w:rsidR="00E716E8" w:rsidRDefault="00000000">
      <w:pPr>
        <w:pStyle w:val="Listepuces"/>
      </w:pPr>
      <w:r>
        <w:t>Formaliser les informations nécessaires à la construction d’une réponse adaptée et les transmettre au Coordinateur pédagogique.</w:t>
      </w:r>
    </w:p>
    <w:p w14:paraId="59141A67" w14:textId="77777777" w:rsidR="00E716E8" w:rsidRDefault="00000000">
      <w:pPr>
        <w:pStyle w:val="Listepuces"/>
      </w:pPr>
      <w:r>
        <w:t>Présenter les offres, programmes, modalités, délais et conditions commerciales de manière claire et fiable.</w:t>
      </w:r>
    </w:p>
    <w:p w14:paraId="7345BA35" w14:textId="77777777" w:rsidR="00E716E8" w:rsidRDefault="00000000">
      <w:pPr>
        <w:pStyle w:val="Listepuces"/>
      </w:pPr>
      <w:r>
        <w:t>Élaborer ou contribuer à l’élaboration des propositions commerciales, devis et réponses aux consultations.</w:t>
      </w:r>
    </w:p>
    <w:p w14:paraId="55056675" w14:textId="77777777" w:rsidR="00E716E8" w:rsidRDefault="00000000">
      <w:pPr>
        <w:pStyle w:val="Listepuces"/>
      </w:pPr>
      <w:r>
        <w:t>Veiller à ne pas engager l’organisme sur une prestation, un délai ou une modalité non validés par les fonctions compétentes.</w:t>
      </w:r>
    </w:p>
    <w:p w14:paraId="4B388339" w14:textId="77777777" w:rsidR="00E716E8" w:rsidRDefault="00000000">
      <w:pPr>
        <w:pStyle w:val="Listepuces"/>
      </w:pPr>
      <w:r>
        <w:t>Assurer les relances, la négociation, le suivi des opportunités et la mise à jour des outils de suivi commercial.</w:t>
      </w:r>
    </w:p>
    <w:p w14:paraId="520F110D" w14:textId="77777777" w:rsidR="00E716E8" w:rsidRDefault="00000000">
      <w:pPr>
        <w:pStyle w:val="Listepuces"/>
      </w:pPr>
      <w:r>
        <w:t>Organiser la transmission complète des informations au Coordinateur pédagogique après validation de la commande.</w:t>
      </w:r>
    </w:p>
    <w:p w14:paraId="270DF66B" w14:textId="77777777" w:rsidR="00E716E8" w:rsidRDefault="00000000">
      <w:pPr>
        <w:pStyle w:val="Listepuces"/>
      </w:pPr>
      <w:r>
        <w:t>Maintenir le lien avec le client avant, pendant et après la prestation, en coordination avec les équipes concernées.</w:t>
      </w:r>
    </w:p>
    <w:p w14:paraId="5DB3206A" w14:textId="77777777" w:rsidR="00E716E8" w:rsidRDefault="00000000">
      <w:pPr>
        <w:pStyle w:val="Listepuces"/>
      </w:pPr>
      <w:r>
        <w:t>Recueillir les retours clients, identifier les besoins complémentaires et signaler les insatisfactions ou réclamations.</w:t>
      </w:r>
    </w:p>
    <w:p w14:paraId="3BEF6F87" w14:textId="77777777" w:rsidR="00E716E8" w:rsidRDefault="00000000">
      <w:pPr>
        <w:pStyle w:val="Listepuces"/>
      </w:pPr>
      <w:r>
        <w:t>Contribuer au suivi des indicateurs commerciaux et à l’analyse de la satisfaction et de la fidélisation.</w:t>
      </w:r>
    </w:p>
    <w:p w14:paraId="6B9672E5" w14:textId="77777777" w:rsidR="00E716E8" w:rsidRDefault="00000000">
      <w:pPr>
        <w:pStyle w:val="Titre2"/>
      </w:pPr>
      <w:r>
        <w:t>Compétences et connaissances attendues</w:t>
      </w:r>
    </w:p>
    <w:p w14:paraId="05C2A7C4" w14:textId="77777777" w:rsidR="00E716E8" w:rsidRDefault="00000000">
      <w:pPr>
        <w:pStyle w:val="Listepuces"/>
      </w:pPr>
      <w:r>
        <w:t>Prospection, développement commercial et gestion de portefeuille BtoB.</w:t>
      </w:r>
    </w:p>
    <w:p w14:paraId="17AAC553" w14:textId="77777777" w:rsidR="00E716E8" w:rsidRDefault="00000000">
      <w:pPr>
        <w:pStyle w:val="Listepuces"/>
      </w:pPr>
      <w:r>
        <w:t>Écoute active, découverte et analyse des besoins.</w:t>
      </w:r>
    </w:p>
    <w:p w14:paraId="0D60C0B2" w14:textId="77777777" w:rsidR="00E716E8" w:rsidRDefault="00000000">
      <w:pPr>
        <w:pStyle w:val="Listepuces"/>
      </w:pPr>
      <w:r>
        <w:t>Connaissance de l’offre de formation d’ADJAN CONSULTING.</w:t>
      </w:r>
    </w:p>
    <w:p w14:paraId="53CD2156" w14:textId="77777777" w:rsidR="00E716E8" w:rsidRDefault="00000000">
      <w:pPr>
        <w:pStyle w:val="Listepuces"/>
      </w:pPr>
      <w:r>
        <w:t>Compréhension de l’environnement de la formation professionnelle et des principaux dispositifs de financement.</w:t>
      </w:r>
    </w:p>
    <w:p w14:paraId="7F84D4AD" w14:textId="77777777" w:rsidR="00E716E8" w:rsidRDefault="00000000">
      <w:pPr>
        <w:pStyle w:val="Listepuces"/>
      </w:pPr>
      <w:r>
        <w:t>Techniques de vente, négociation et suivi de la relation client.</w:t>
      </w:r>
    </w:p>
    <w:p w14:paraId="25DFFB64" w14:textId="77777777" w:rsidR="00E716E8" w:rsidRDefault="00000000">
      <w:pPr>
        <w:pStyle w:val="Listepuces"/>
      </w:pPr>
      <w:r>
        <w:t>Capacité à formaliser une proposition claire et à utiliser les outils CRM et de suivi.</w:t>
      </w:r>
    </w:p>
    <w:p w14:paraId="1CBBFFA0" w14:textId="77777777" w:rsidR="00E716E8" w:rsidRDefault="00000000">
      <w:pPr>
        <w:pStyle w:val="Listepuces"/>
      </w:pPr>
      <w:r>
        <w:t>Organisation, autonomie, réactivité, communication et orientation client.</w:t>
      </w:r>
    </w:p>
    <w:p w14:paraId="734A5DDC" w14:textId="77777777" w:rsidR="00E716E8" w:rsidRDefault="00000000">
      <w:pPr>
        <w:pStyle w:val="Titre2"/>
      </w:pPr>
      <w:r>
        <w:t>Autonomie et niveau d’autorité</w:t>
      </w:r>
    </w:p>
    <w:p w14:paraId="06FFBEBB" w14:textId="77777777" w:rsidR="00E716E8" w:rsidRDefault="00000000">
      <w:r>
        <w:t>Peut conduire les échanges commerciaux et négocier dans le respect de la politique tarifaire, des marges de manœuvre et des délégations définies. Toute demande spécifique ayant un impact pédagogique, financier, juridique ou organisationnel doit être validée par la fonction compétente.</w:t>
      </w:r>
    </w:p>
    <w:p w14:paraId="1C44BE83" w14:textId="77777777" w:rsidR="00E716E8" w:rsidRDefault="00000000">
      <w:pPr>
        <w:pStyle w:val="Titre2"/>
      </w:pPr>
      <w:r>
        <w:lastRenderedPageBreak/>
        <w:t>Principales interfaces</w:t>
      </w:r>
    </w:p>
    <w:p w14:paraId="144D725F" w14:textId="77777777" w:rsidR="00E716E8" w:rsidRDefault="00000000">
      <w:r>
        <w:t>Prospects, entreprises clientes, Président, Coordinateur pédagogique, formateurs, partenaires et fonctions support.</w:t>
      </w:r>
    </w:p>
    <w:p w14:paraId="7A2964A0" w14:textId="77777777" w:rsidR="00E716E8" w:rsidRDefault="00000000">
      <w:pPr>
        <w:pStyle w:val="Titre2"/>
      </w:pPr>
      <w:r>
        <w:t>Contribution au système de management de la qualité</w:t>
      </w:r>
    </w:p>
    <w:p w14:paraId="21063E38" w14:textId="77777777" w:rsidR="00E716E8" w:rsidRDefault="00000000">
      <w:r>
        <w:t>Contribue à la qualité de l’analyse des besoins, à la revue des exigences clients, à la fiabilité des engagements pris, au recueil de la satisfaction et à la remontée des réclamations et opportunités d’amélioration.</w:t>
      </w:r>
    </w:p>
    <w:p w14:paraId="078DB9FF" w14:textId="77777777" w:rsidR="00E716E8" w:rsidRDefault="00000000">
      <w:pPr>
        <w:pStyle w:val="Titre2"/>
      </w:pPr>
      <w:r>
        <w:t>Prise de connaissance</w:t>
      </w:r>
    </w:p>
    <w:p w14:paraId="63252255"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54EDF7E2" w14:textId="77777777">
        <w:trPr>
          <w:jc w:val="center"/>
        </w:trPr>
        <w:tc>
          <w:tcPr>
            <w:tcW w:w="4986" w:type="dxa"/>
          </w:tcPr>
          <w:p w14:paraId="22A307A6" w14:textId="77777777" w:rsidR="00E716E8" w:rsidRDefault="00000000">
            <w:r>
              <w:t>Le titulaire du poste</w:t>
            </w:r>
          </w:p>
        </w:tc>
        <w:tc>
          <w:tcPr>
            <w:tcW w:w="4986" w:type="dxa"/>
          </w:tcPr>
          <w:p w14:paraId="63692CF1" w14:textId="77777777" w:rsidR="00E716E8" w:rsidRDefault="00000000">
            <w:r>
              <w:t>La Direction</w:t>
            </w:r>
          </w:p>
        </w:tc>
      </w:tr>
      <w:tr w:rsidR="00E716E8" w14:paraId="7647E8B7" w14:textId="77777777">
        <w:trPr>
          <w:jc w:val="center"/>
        </w:trPr>
        <w:tc>
          <w:tcPr>
            <w:tcW w:w="4986" w:type="dxa"/>
          </w:tcPr>
          <w:p w14:paraId="484B8D3D" w14:textId="77777777" w:rsidR="00E716E8" w:rsidRDefault="00000000">
            <w:r>
              <w:t>Nom : Émilie MAIDA</w:t>
            </w:r>
          </w:p>
        </w:tc>
        <w:tc>
          <w:tcPr>
            <w:tcW w:w="4986" w:type="dxa"/>
          </w:tcPr>
          <w:p w14:paraId="15764BD5" w14:textId="77777777" w:rsidR="00E716E8" w:rsidRDefault="00000000">
            <w:r>
              <w:t>Nom : Adrien JANNEL</w:t>
            </w:r>
          </w:p>
        </w:tc>
      </w:tr>
      <w:tr w:rsidR="00E716E8" w14:paraId="48A4F626" w14:textId="77777777">
        <w:trPr>
          <w:jc w:val="center"/>
        </w:trPr>
        <w:tc>
          <w:tcPr>
            <w:tcW w:w="4986" w:type="dxa"/>
          </w:tcPr>
          <w:p w14:paraId="3FB7B97B" w14:textId="77777777" w:rsidR="00E716E8" w:rsidRDefault="00000000">
            <w:r>
              <w:t>Date :</w:t>
            </w:r>
          </w:p>
        </w:tc>
        <w:tc>
          <w:tcPr>
            <w:tcW w:w="4986" w:type="dxa"/>
          </w:tcPr>
          <w:p w14:paraId="0653670C" w14:textId="77777777" w:rsidR="00E716E8" w:rsidRDefault="00000000">
            <w:r>
              <w:t>Date :</w:t>
            </w:r>
          </w:p>
        </w:tc>
      </w:tr>
      <w:tr w:rsidR="00E716E8" w14:paraId="21425066" w14:textId="77777777">
        <w:trPr>
          <w:jc w:val="center"/>
        </w:trPr>
        <w:tc>
          <w:tcPr>
            <w:tcW w:w="4986" w:type="dxa"/>
          </w:tcPr>
          <w:p w14:paraId="7B83F1E2" w14:textId="77777777" w:rsidR="00E716E8" w:rsidRDefault="00000000">
            <w:r>
              <w:br/>
              <w:t>Signature :</w:t>
            </w:r>
            <w:r>
              <w:br/>
            </w:r>
            <w:r>
              <w:br/>
            </w:r>
          </w:p>
        </w:tc>
        <w:tc>
          <w:tcPr>
            <w:tcW w:w="4986" w:type="dxa"/>
          </w:tcPr>
          <w:p w14:paraId="0FE36264" w14:textId="77777777" w:rsidR="00E716E8" w:rsidRDefault="00000000">
            <w:r>
              <w:br/>
              <w:t>Signature :</w:t>
            </w:r>
            <w:r>
              <w:br/>
            </w:r>
            <w:r>
              <w:br/>
            </w:r>
          </w:p>
        </w:tc>
      </w:tr>
    </w:tbl>
    <w:p w14:paraId="08132A21" w14:textId="77777777" w:rsidR="00E716E8" w:rsidRDefault="00000000">
      <w:r>
        <w:br w:type="page"/>
      </w:r>
    </w:p>
    <w:p w14:paraId="6243FBFE" w14:textId="77777777" w:rsidR="00E716E8" w:rsidRDefault="00000000">
      <w:pPr>
        <w:jc w:val="center"/>
      </w:pPr>
      <w:r>
        <w:rPr>
          <w:b/>
          <w:sz w:val="32"/>
        </w:rPr>
        <w:lastRenderedPageBreak/>
        <w:t>DESCRIPTION DE POSTE</w:t>
      </w:r>
      <w:r>
        <w:rPr>
          <w:b/>
          <w:sz w:val="32"/>
        </w:rPr>
        <w:br/>
        <w:t>COMMERCIAL FORMATION – CLUBS</w:t>
      </w:r>
    </w:p>
    <w:tbl>
      <w:tblPr>
        <w:tblStyle w:val="Grilledutableau"/>
        <w:tblW w:w="0" w:type="auto"/>
        <w:jc w:val="center"/>
        <w:tblLook w:val="04A0" w:firstRow="1" w:lastRow="0" w:firstColumn="1" w:lastColumn="0" w:noHBand="0" w:noVBand="1"/>
      </w:tblPr>
      <w:tblGrid>
        <w:gridCol w:w="4986"/>
        <w:gridCol w:w="4986"/>
      </w:tblGrid>
      <w:tr w:rsidR="00E716E8" w14:paraId="3118907C" w14:textId="77777777">
        <w:trPr>
          <w:jc w:val="center"/>
        </w:trPr>
        <w:tc>
          <w:tcPr>
            <w:tcW w:w="4986" w:type="dxa"/>
          </w:tcPr>
          <w:p w14:paraId="65272E77" w14:textId="77777777" w:rsidR="00E716E8" w:rsidRDefault="00000000">
            <w:r>
              <w:t>Titulaire</w:t>
            </w:r>
          </w:p>
        </w:tc>
        <w:tc>
          <w:tcPr>
            <w:tcW w:w="4986" w:type="dxa"/>
          </w:tcPr>
          <w:p w14:paraId="2B2E7A5A" w14:textId="77777777" w:rsidR="00E716E8" w:rsidRDefault="00000000">
            <w:r>
              <w:t>Poste actuellement vacant</w:t>
            </w:r>
          </w:p>
        </w:tc>
      </w:tr>
      <w:tr w:rsidR="00E716E8" w14:paraId="418DFD30" w14:textId="77777777">
        <w:trPr>
          <w:jc w:val="center"/>
        </w:trPr>
        <w:tc>
          <w:tcPr>
            <w:tcW w:w="4986" w:type="dxa"/>
          </w:tcPr>
          <w:p w14:paraId="166BAAF5" w14:textId="77777777" w:rsidR="00E716E8" w:rsidRDefault="00000000">
            <w:r>
              <w:t>Rattachement</w:t>
            </w:r>
          </w:p>
        </w:tc>
        <w:tc>
          <w:tcPr>
            <w:tcW w:w="4986" w:type="dxa"/>
          </w:tcPr>
          <w:p w14:paraId="3B8A3E8A" w14:textId="77777777" w:rsidR="00E716E8" w:rsidRDefault="00000000">
            <w:r>
              <w:t>Coordinateur pédagogique pour la coordination opérationnelle et Président pour les orientations commerciales</w:t>
            </w:r>
          </w:p>
        </w:tc>
      </w:tr>
      <w:tr w:rsidR="00E716E8" w14:paraId="6652DC1E" w14:textId="77777777">
        <w:trPr>
          <w:jc w:val="center"/>
        </w:trPr>
        <w:tc>
          <w:tcPr>
            <w:tcW w:w="4986" w:type="dxa"/>
          </w:tcPr>
          <w:p w14:paraId="7F36F818" w14:textId="77777777" w:rsidR="00E716E8" w:rsidRDefault="00000000">
            <w:r>
              <w:t>Référence</w:t>
            </w:r>
          </w:p>
        </w:tc>
        <w:tc>
          <w:tcPr>
            <w:tcW w:w="4986" w:type="dxa"/>
          </w:tcPr>
          <w:p w14:paraId="7AD8B2DE" w14:textId="77777777" w:rsidR="00E716E8" w:rsidRDefault="00000000">
            <w:r>
              <w:t>ADJ-SMQ-RH-01</w:t>
            </w:r>
          </w:p>
        </w:tc>
      </w:tr>
      <w:tr w:rsidR="00E716E8" w14:paraId="6BD44D0E" w14:textId="77777777">
        <w:trPr>
          <w:jc w:val="center"/>
        </w:trPr>
        <w:tc>
          <w:tcPr>
            <w:tcW w:w="4986" w:type="dxa"/>
          </w:tcPr>
          <w:p w14:paraId="13D35347" w14:textId="77777777" w:rsidR="00E716E8" w:rsidRDefault="00000000">
            <w:r>
              <w:t>Version / date</w:t>
            </w:r>
          </w:p>
        </w:tc>
        <w:tc>
          <w:tcPr>
            <w:tcW w:w="4986" w:type="dxa"/>
          </w:tcPr>
          <w:p w14:paraId="2D2E7F3F" w14:textId="77777777" w:rsidR="00E716E8" w:rsidRDefault="00000000">
            <w:r>
              <w:t>Version 1 – ____ / ____ / ______</w:t>
            </w:r>
          </w:p>
        </w:tc>
      </w:tr>
    </w:tbl>
    <w:p w14:paraId="4A9D02A1" w14:textId="77777777" w:rsidR="00E716E8" w:rsidRDefault="00000000">
      <w:pPr>
        <w:pStyle w:val="Titre2"/>
      </w:pPr>
      <w:r>
        <w:t>Finalité du poste</w:t>
      </w:r>
    </w:p>
    <w:p w14:paraId="047AADBD" w14:textId="77777777" w:rsidR="00E716E8" w:rsidRDefault="00000000">
      <w:r>
        <w:t>Développer les activités de formation auprès des clubs et structures sportives, analyser leurs besoins et les accompagner dans la construction de parcours adaptés ainsi que dans l’identification des dispositifs de financement mobilisables.</w:t>
      </w:r>
    </w:p>
    <w:p w14:paraId="7167D791" w14:textId="77777777" w:rsidR="00E716E8" w:rsidRDefault="00000000">
      <w:pPr>
        <w:pStyle w:val="Titre2"/>
      </w:pPr>
      <w:r>
        <w:t>Responsabilités principales</w:t>
      </w:r>
    </w:p>
    <w:p w14:paraId="37C5C073" w14:textId="77777777" w:rsidR="00E716E8" w:rsidRDefault="00000000">
      <w:pPr>
        <w:pStyle w:val="Listepuces"/>
      </w:pPr>
      <w:r>
        <w:t>Prospecter les clubs, associations, structures sportives et acteurs de l’écosystème du sport.</w:t>
      </w:r>
    </w:p>
    <w:p w14:paraId="3874CF79" w14:textId="77777777" w:rsidR="00E716E8" w:rsidRDefault="00000000">
      <w:pPr>
        <w:pStyle w:val="Listepuces"/>
      </w:pPr>
      <w:r>
        <w:t>Développer et animer un réseau de partenaires, prescripteurs et interlocuteurs institutionnels.</w:t>
      </w:r>
    </w:p>
    <w:p w14:paraId="74482AAC" w14:textId="77777777" w:rsidR="00E716E8" w:rsidRDefault="00000000">
      <w:pPr>
        <w:pStyle w:val="Listepuces"/>
      </w:pPr>
      <w:r>
        <w:t>Identifier les besoins en compétences des dirigeants, salariés, encadrants, bénévoles ou autres publics concernés.</w:t>
      </w:r>
    </w:p>
    <w:p w14:paraId="0F9A00E6" w14:textId="77777777" w:rsidR="00E716E8" w:rsidRDefault="00000000">
      <w:pPr>
        <w:pStyle w:val="Listepuces"/>
      </w:pPr>
      <w:r>
        <w:t>Analyser le contexte, les objectifs, les contraintes, les publics et les modalités attendues.</w:t>
      </w:r>
    </w:p>
    <w:p w14:paraId="22212723" w14:textId="77777777" w:rsidR="00E716E8" w:rsidRDefault="00000000">
      <w:pPr>
        <w:pStyle w:val="Listepuces"/>
      </w:pPr>
      <w:r>
        <w:t>Présenter les offres de formation et accompagner les structures dans la compréhension des parcours proposés.</w:t>
      </w:r>
    </w:p>
    <w:p w14:paraId="6CE72A4D" w14:textId="77777777" w:rsidR="00E716E8" w:rsidRDefault="00000000">
      <w:pPr>
        <w:pStyle w:val="Listepuces"/>
      </w:pPr>
      <w:r>
        <w:t>Informer les clients sur les principaux dispositifs de financement mobilisables, dans les limites des informations disponibles et sans garantir une prise en charge relevant d’un financeur.</w:t>
      </w:r>
    </w:p>
    <w:p w14:paraId="7B4EBBD6" w14:textId="77777777" w:rsidR="00E716E8" w:rsidRDefault="00000000">
      <w:pPr>
        <w:pStyle w:val="Listepuces"/>
      </w:pPr>
      <w:r>
        <w:t>Transmettre au Coordinateur pédagogique les éléments nécessaires à l’adaptation ou à la conception de la réponse.</w:t>
      </w:r>
    </w:p>
    <w:p w14:paraId="1689084A" w14:textId="77777777" w:rsidR="00E716E8" w:rsidRDefault="00000000">
      <w:pPr>
        <w:pStyle w:val="Listepuces"/>
      </w:pPr>
      <w:r>
        <w:t>Élaborer ou contribuer aux propositions commerciales, devis, partenariats et réponses aux consultations.</w:t>
      </w:r>
    </w:p>
    <w:p w14:paraId="220FC8FD" w14:textId="77777777" w:rsidR="00E716E8" w:rsidRDefault="00000000">
      <w:pPr>
        <w:pStyle w:val="Listepuces"/>
      </w:pPr>
      <w:r>
        <w:t>Assurer le suivi des opportunités, les relances et la mise à jour des outils commerciaux.</w:t>
      </w:r>
    </w:p>
    <w:p w14:paraId="529E5E09" w14:textId="77777777" w:rsidR="00E716E8" w:rsidRDefault="00000000">
      <w:pPr>
        <w:pStyle w:val="Listepuces"/>
      </w:pPr>
      <w:r>
        <w:t>Organiser une transmission complète des informations après contractualisation.</w:t>
      </w:r>
    </w:p>
    <w:p w14:paraId="208A6E17" w14:textId="77777777" w:rsidR="00E716E8" w:rsidRDefault="00000000">
      <w:pPr>
        <w:pStyle w:val="Listepuces"/>
      </w:pPr>
      <w:r>
        <w:t>Assurer le suivi de la relation client et recueillir les retours, besoins complémentaires et éventuelles insatisfactions.</w:t>
      </w:r>
    </w:p>
    <w:p w14:paraId="79AE34A1" w14:textId="77777777" w:rsidR="00E716E8" w:rsidRDefault="00000000">
      <w:pPr>
        <w:pStyle w:val="Listepuces"/>
      </w:pPr>
      <w:r>
        <w:t>Participer aux événements, rencontres et actions de représentation utiles au développement de l’activité.</w:t>
      </w:r>
    </w:p>
    <w:p w14:paraId="2B26013F" w14:textId="77777777" w:rsidR="00E716E8" w:rsidRDefault="00000000">
      <w:pPr>
        <w:pStyle w:val="Titre2"/>
      </w:pPr>
      <w:r>
        <w:t>Compétences et connaissances attendues</w:t>
      </w:r>
    </w:p>
    <w:p w14:paraId="6C0A91FF" w14:textId="77777777" w:rsidR="00E716E8" w:rsidRDefault="00000000">
      <w:pPr>
        <w:pStyle w:val="Listepuces"/>
      </w:pPr>
      <w:r>
        <w:t>Prospection terrain, développement commercial et animation de réseau.</w:t>
      </w:r>
    </w:p>
    <w:p w14:paraId="6C8FC1BF" w14:textId="77777777" w:rsidR="00E716E8" w:rsidRDefault="00000000">
      <w:pPr>
        <w:pStyle w:val="Listepuces"/>
      </w:pPr>
      <w:r>
        <w:t>Bonne compréhension de l’environnement des clubs et structures sportives.</w:t>
      </w:r>
    </w:p>
    <w:p w14:paraId="62089B9E" w14:textId="77777777" w:rsidR="00E716E8" w:rsidRDefault="00000000">
      <w:pPr>
        <w:pStyle w:val="Listepuces"/>
      </w:pPr>
      <w:r>
        <w:t>Écoute active et analyse des besoins en compétences.</w:t>
      </w:r>
    </w:p>
    <w:p w14:paraId="7F46F781" w14:textId="77777777" w:rsidR="00E716E8" w:rsidRDefault="00000000">
      <w:pPr>
        <w:pStyle w:val="Listepuces"/>
      </w:pPr>
      <w:r>
        <w:t>Connaissance de l’offre de formation et des principaux acteurs et mécanismes de financement de la formation professionnelle.</w:t>
      </w:r>
    </w:p>
    <w:p w14:paraId="6091FA69" w14:textId="77777777" w:rsidR="00E716E8" w:rsidRDefault="00000000">
      <w:pPr>
        <w:pStyle w:val="Listepuces"/>
      </w:pPr>
      <w:r>
        <w:t>Techniques de vente, négociation, partenariat et fidélisation.</w:t>
      </w:r>
    </w:p>
    <w:p w14:paraId="5B40735F" w14:textId="77777777" w:rsidR="00E716E8" w:rsidRDefault="00000000">
      <w:pPr>
        <w:pStyle w:val="Listepuces"/>
      </w:pPr>
      <w:r>
        <w:t>Capacité à travailler en autonomie et à rendre compte de son activité.</w:t>
      </w:r>
    </w:p>
    <w:p w14:paraId="5296EC8F" w14:textId="77777777" w:rsidR="00E716E8" w:rsidRDefault="00000000">
      <w:pPr>
        <w:pStyle w:val="Listepuces"/>
      </w:pPr>
      <w:r>
        <w:t>Aisance relationnelle, sens du réseau, organisation, mobilité et orientation client.</w:t>
      </w:r>
    </w:p>
    <w:p w14:paraId="02FE1D1E" w14:textId="77777777" w:rsidR="00E716E8" w:rsidRDefault="00000000">
      <w:pPr>
        <w:pStyle w:val="Titre2"/>
      </w:pPr>
      <w:r>
        <w:t>Autonomie et niveau d’autorité</w:t>
      </w:r>
    </w:p>
    <w:p w14:paraId="69AFC257" w14:textId="77777777" w:rsidR="00E716E8" w:rsidRDefault="00000000">
      <w:r>
        <w:t>Peut conduire les échanges commerciaux dans le cadre des orientations et délégations définies. Les engagements particuliers, adaptations pédagogiques, conditions financières dérogatoires ou garanties de financement nécessitent une validation préalable.</w:t>
      </w:r>
    </w:p>
    <w:p w14:paraId="16BF7786" w14:textId="77777777" w:rsidR="00E716E8" w:rsidRDefault="00000000">
      <w:pPr>
        <w:pStyle w:val="Titre2"/>
      </w:pPr>
      <w:r>
        <w:lastRenderedPageBreak/>
        <w:t>Principales interfaces</w:t>
      </w:r>
    </w:p>
    <w:p w14:paraId="4A591A15" w14:textId="77777777" w:rsidR="00E716E8" w:rsidRDefault="00000000">
      <w:r>
        <w:t>Clubs, structures sportives, partenaires, prescripteurs, Président, Coordinateur pédagogique, formateurs et fonctions support.</w:t>
      </w:r>
    </w:p>
    <w:p w14:paraId="574A7FA1" w14:textId="77777777" w:rsidR="00E716E8" w:rsidRDefault="00000000">
      <w:pPr>
        <w:pStyle w:val="Titre2"/>
      </w:pPr>
      <w:r>
        <w:t>Contribution au système de management de la qualité</w:t>
      </w:r>
    </w:p>
    <w:p w14:paraId="600F21D2" w14:textId="77777777" w:rsidR="00E716E8" w:rsidRDefault="00000000">
      <w:r>
        <w:t>Contribue à l’identification précise des besoins, à la revue des exigences, à la maîtrise des engagements, au suivi de la satisfaction et à la remontée des réclamations, risques et opportunités.</w:t>
      </w:r>
    </w:p>
    <w:p w14:paraId="3F91696E" w14:textId="77777777" w:rsidR="00E716E8" w:rsidRDefault="00000000">
      <w:pPr>
        <w:pStyle w:val="Titre2"/>
      </w:pPr>
      <w:r>
        <w:t>Prise de connaissance</w:t>
      </w:r>
    </w:p>
    <w:p w14:paraId="48866944"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1FF37A29" w14:textId="77777777">
        <w:trPr>
          <w:jc w:val="center"/>
        </w:trPr>
        <w:tc>
          <w:tcPr>
            <w:tcW w:w="4986" w:type="dxa"/>
          </w:tcPr>
          <w:p w14:paraId="67813A68" w14:textId="77777777" w:rsidR="00E716E8" w:rsidRDefault="00000000">
            <w:r>
              <w:t>Le titulaire du poste</w:t>
            </w:r>
          </w:p>
        </w:tc>
        <w:tc>
          <w:tcPr>
            <w:tcW w:w="4986" w:type="dxa"/>
          </w:tcPr>
          <w:p w14:paraId="63AA866A" w14:textId="77777777" w:rsidR="00E716E8" w:rsidRDefault="00000000">
            <w:r>
              <w:t>La Direction</w:t>
            </w:r>
          </w:p>
        </w:tc>
      </w:tr>
      <w:tr w:rsidR="00E716E8" w14:paraId="2C44F220" w14:textId="77777777">
        <w:trPr>
          <w:jc w:val="center"/>
        </w:trPr>
        <w:tc>
          <w:tcPr>
            <w:tcW w:w="4986" w:type="dxa"/>
          </w:tcPr>
          <w:p w14:paraId="5AA22EB7" w14:textId="77777777" w:rsidR="00E716E8" w:rsidRDefault="00000000">
            <w:r>
              <w:t>Nom : Poste actuellement vacant</w:t>
            </w:r>
          </w:p>
        </w:tc>
        <w:tc>
          <w:tcPr>
            <w:tcW w:w="4986" w:type="dxa"/>
          </w:tcPr>
          <w:p w14:paraId="1AE708AF" w14:textId="77777777" w:rsidR="00E716E8" w:rsidRDefault="00000000">
            <w:r>
              <w:t>Nom : Adrien JANNEL</w:t>
            </w:r>
          </w:p>
        </w:tc>
      </w:tr>
      <w:tr w:rsidR="00E716E8" w14:paraId="2F581B9B" w14:textId="77777777">
        <w:trPr>
          <w:jc w:val="center"/>
        </w:trPr>
        <w:tc>
          <w:tcPr>
            <w:tcW w:w="4986" w:type="dxa"/>
          </w:tcPr>
          <w:p w14:paraId="6C097337" w14:textId="77777777" w:rsidR="00E716E8" w:rsidRDefault="00000000">
            <w:r>
              <w:t>Date :</w:t>
            </w:r>
          </w:p>
        </w:tc>
        <w:tc>
          <w:tcPr>
            <w:tcW w:w="4986" w:type="dxa"/>
          </w:tcPr>
          <w:p w14:paraId="4195EAA9" w14:textId="77777777" w:rsidR="00E716E8" w:rsidRDefault="00000000">
            <w:r>
              <w:t>Date :</w:t>
            </w:r>
          </w:p>
        </w:tc>
      </w:tr>
      <w:tr w:rsidR="00E716E8" w14:paraId="0626F2A7" w14:textId="77777777">
        <w:trPr>
          <w:jc w:val="center"/>
        </w:trPr>
        <w:tc>
          <w:tcPr>
            <w:tcW w:w="4986" w:type="dxa"/>
          </w:tcPr>
          <w:p w14:paraId="6227C45A" w14:textId="77777777" w:rsidR="00E716E8" w:rsidRDefault="00000000">
            <w:r>
              <w:br/>
              <w:t>Signature :</w:t>
            </w:r>
            <w:r>
              <w:br/>
            </w:r>
            <w:r>
              <w:br/>
            </w:r>
          </w:p>
        </w:tc>
        <w:tc>
          <w:tcPr>
            <w:tcW w:w="4986" w:type="dxa"/>
          </w:tcPr>
          <w:p w14:paraId="2AA48FA2" w14:textId="77777777" w:rsidR="00E716E8" w:rsidRDefault="00000000">
            <w:r>
              <w:br/>
              <w:t>Signature :</w:t>
            </w:r>
            <w:r>
              <w:br/>
            </w:r>
            <w:r>
              <w:br/>
            </w:r>
          </w:p>
        </w:tc>
      </w:tr>
    </w:tbl>
    <w:p w14:paraId="1F379802" w14:textId="77777777" w:rsidR="00E716E8" w:rsidRDefault="00000000">
      <w:r>
        <w:br w:type="page"/>
      </w:r>
    </w:p>
    <w:p w14:paraId="32CF4611" w14:textId="77777777" w:rsidR="00E716E8" w:rsidRDefault="00000000">
      <w:pPr>
        <w:jc w:val="center"/>
      </w:pPr>
      <w:r>
        <w:rPr>
          <w:b/>
          <w:sz w:val="32"/>
        </w:rPr>
        <w:lastRenderedPageBreak/>
        <w:t>DESCRIPTION DE POSTE</w:t>
      </w:r>
      <w:r>
        <w:rPr>
          <w:b/>
          <w:sz w:val="32"/>
        </w:rPr>
        <w:br/>
        <w:t>FORMATEUR</w:t>
      </w:r>
    </w:p>
    <w:tbl>
      <w:tblPr>
        <w:tblStyle w:val="Grilledutableau"/>
        <w:tblW w:w="0" w:type="auto"/>
        <w:jc w:val="center"/>
        <w:tblLook w:val="04A0" w:firstRow="1" w:lastRow="0" w:firstColumn="1" w:lastColumn="0" w:noHBand="0" w:noVBand="1"/>
      </w:tblPr>
      <w:tblGrid>
        <w:gridCol w:w="4986"/>
        <w:gridCol w:w="4986"/>
      </w:tblGrid>
      <w:tr w:rsidR="00E716E8" w14:paraId="5D23EA20" w14:textId="77777777">
        <w:trPr>
          <w:jc w:val="center"/>
        </w:trPr>
        <w:tc>
          <w:tcPr>
            <w:tcW w:w="4986" w:type="dxa"/>
          </w:tcPr>
          <w:p w14:paraId="54BFBCA3" w14:textId="77777777" w:rsidR="00E716E8" w:rsidRDefault="00000000">
            <w:r>
              <w:t>Titulaire</w:t>
            </w:r>
          </w:p>
        </w:tc>
        <w:tc>
          <w:tcPr>
            <w:tcW w:w="4986" w:type="dxa"/>
          </w:tcPr>
          <w:p w14:paraId="5AB49779" w14:textId="77777777" w:rsidR="00E716E8" w:rsidRDefault="00000000">
            <w:r>
              <w:t>Christophe JAMMOT</w:t>
            </w:r>
          </w:p>
        </w:tc>
      </w:tr>
      <w:tr w:rsidR="00E716E8" w14:paraId="14BCA1E7" w14:textId="77777777">
        <w:trPr>
          <w:jc w:val="center"/>
        </w:trPr>
        <w:tc>
          <w:tcPr>
            <w:tcW w:w="4986" w:type="dxa"/>
          </w:tcPr>
          <w:p w14:paraId="45D9C06A" w14:textId="77777777" w:rsidR="00E716E8" w:rsidRDefault="00000000">
            <w:r>
              <w:t>Rattachement</w:t>
            </w:r>
          </w:p>
        </w:tc>
        <w:tc>
          <w:tcPr>
            <w:tcW w:w="4986" w:type="dxa"/>
          </w:tcPr>
          <w:p w14:paraId="4DB786D6" w14:textId="77777777" w:rsidR="00E716E8" w:rsidRDefault="00000000">
            <w:r>
              <w:t>Coordinateur pédagogique</w:t>
            </w:r>
          </w:p>
        </w:tc>
      </w:tr>
      <w:tr w:rsidR="00E716E8" w14:paraId="15BE6A05" w14:textId="77777777">
        <w:trPr>
          <w:jc w:val="center"/>
        </w:trPr>
        <w:tc>
          <w:tcPr>
            <w:tcW w:w="4986" w:type="dxa"/>
          </w:tcPr>
          <w:p w14:paraId="239BCC73" w14:textId="77777777" w:rsidR="00E716E8" w:rsidRDefault="00000000">
            <w:r>
              <w:t>Référence</w:t>
            </w:r>
          </w:p>
        </w:tc>
        <w:tc>
          <w:tcPr>
            <w:tcW w:w="4986" w:type="dxa"/>
          </w:tcPr>
          <w:p w14:paraId="2AFF0DBA" w14:textId="77777777" w:rsidR="00E716E8" w:rsidRDefault="00000000">
            <w:r>
              <w:t>ADJ-SMQ-RH-01</w:t>
            </w:r>
          </w:p>
        </w:tc>
      </w:tr>
      <w:tr w:rsidR="00E716E8" w14:paraId="536F68F1" w14:textId="77777777">
        <w:trPr>
          <w:jc w:val="center"/>
        </w:trPr>
        <w:tc>
          <w:tcPr>
            <w:tcW w:w="4986" w:type="dxa"/>
          </w:tcPr>
          <w:p w14:paraId="44F6064D" w14:textId="77777777" w:rsidR="00E716E8" w:rsidRDefault="00000000">
            <w:r>
              <w:t>Version / date</w:t>
            </w:r>
          </w:p>
        </w:tc>
        <w:tc>
          <w:tcPr>
            <w:tcW w:w="4986" w:type="dxa"/>
          </w:tcPr>
          <w:p w14:paraId="2D5C9290" w14:textId="77777777" w:rsidR="00E716E8" w:rsidRDefault="00000000">
            <w:r>
              <w:t>Version 1 – ____ / ____ / ______</w:t>
            </w:r>
          </w:p>
        </w:tc>
      </w:tr>
    </w:tbl>
    <w:p w14:paraId="7419BC17" w14:textId="77777777" w:rsidR="00E716E8" w:rsidRDefault="00000000">
      <w:pPr>
        <w:pStyle w:val="Titre2"/>
      </w:pPr>
      <w:r>
        <w:t>Finalité du poste</w:t>
      </w:r>
    </w:p>
    <w:p w14:paraId="1A51B6B1" w14:textId="77777777" w:rsidR="00E716E8" w:rsidRDefault="00000000">
      <w:r>
        <w:t>Préparer, animer et évaluer les actions de formation confiées, conformément aux objectifs définis, aux besoins des bénéficiaires, aux exigences du client et aux procédures d’ADJAN CONSULTING.</w:t>
      </w:r>
    </w:p>
    <w:p w14:paraId="4BDA735A" w14:textId="77777777" w:rsidR="00E716E8" w:rsidRDefault="00000000">
      <w:pPr>
        <w:pStyle w:val="Titre2"/>
      </w:pPr>
      <w:r>
        <w:t>Responsabilités principales</w:t>
      </w:r>
    </w:p>
    <w:p w14:paraId="16880F60" w14:textId="77777777" w:rsidR="00E716E8" w:rsidRDefault="00000000">
      <w:pPr>
        <w:pStyle w:val="Listepuces"/>
      </w:pPr>
      <w:r>
        <w:t>Prendre connaissance du programme, des objectifs, du public, des prérequis, des contraintes et des modalités de la formation.</w:t>
      </w:r>
    </w:p>
    <w:p w14:paraId="7CC29AE1" w14:textId="77777777" w:rsidR="00E716E8" w:rsidRDefault="00000000">
      <w:pPr>
        <w:pStyle w:val="Listepuces"/>
      </w:pPr>
      <w:r>
        <w:t>Préparer ou adapter les contenus, supports, activités et évaluations en coordination avec le Coordinateur pédagogique.</w:t>
      </w:r>
    </w:p>
    <w:p w14:paraId="50BCB51B" w14:textId="77777777" w:rsidR="00E716E8" w:rsidRDefault="00000000">
      <w:pPr>
        <w:pStyle w:val="Listepuces"/>
      </w:pPr>
      <w:r>
        <w:t>Vérifier en amont la disponibilité des moyens nécessaires et signaler toute difficulté susceptible d’affecter la prestation.</w:t>
      </w:r>
    </w:p>
    <w:p w14:paraId="727CA0F3" w14:textId="77777777" w:rsidR="00E716E8" w:rsidRDefault="00000000">
      <w:pPr>
        <w:pStyle w:val="Listepuces"/>
      </w:pPr>
      <w:r>
        <w:t>Animer les séquences en utilisant des méthodes adaptées aux objectifs, au public et aux modalités prévues.</w:t>
      </w:r>
    </w:p>
    <w:p w14:paraId="323789CE" w14:textId="77777777" w:rsidR="00E716E8" w:rsidRDefault="00000000">
      <w:pPr>
        <w:pStyle w:val="Listepuces"/>
      </w:pPr>
      <w:r>
        <w:t>Adapter son intervention aux besoins et au rythme des participants tout en respectant les objectifs contractuels.</w:t>
      </w:r>
    </w:p>
    <w:p w14:paraId="17AE83AC" w14:textId="77777777" w:rsidR="00E716E8" w:rsidRDefault="00000000">
      <w:pPr>
        <w:pStyle w:val="Listepuces"/>
      </w:pPr>
      <w:r>
        <w:t>Créer un cadre favorisant la participation, l’inclusion, la sécurité, la confidentialité et la qualité des échanges.</w:t>
      </w:r>
    </w:p>
    <w:p w14:paraId="1CFE1D2D" w14:textId="77777777" w:rsidR="00E716E8" w:rsidRDefault="00000000">
      <w:pPr>
        <w:pStyle w:val="Listepuces"/>
      </w:pPr>
      <w:r>
        <w:t>Évaluer les acquis selon les modalités définies et restituer les résultats lorsque cela est prévu.</w:t>
      </w:r>
    </w:p>
    <w:p w14:paraId="5BB209F5" w14:textId="77777777" w:rsidR="00E716E8" w:rsidRDefault="00000000">
      <w:pPr>
        <w:pStyle w:val="Listepuces"/>
      </w:pPr>
      <w:r>
        <w:t>Renseigner avec exactitude les documents de traçabilité : feuilles d’émargement, évaluations, bilans, comptes rendus ou documents équivalents.</w:t>
      </w:r>
    </w:p>
    <w:p w14:paraId="5834E833" w14:textId="77777777" w:rsidR="00E716E8" w:rsidRDefault="00000000">
      <w:pPr>
        <w:pStyle w:val="Listepuces"/>
      </w:pPr>
      <w:r>
        <w:t>Recueillir les retours des participants et signaler les difficultés, incidents, besoins spécifiques ou réclamations.</w:t>
      </w:r>
    </w:p>
    <w:p w14:paraId="00BCD176" w14:textId="77777777" w:rsidR="00E716E8" w:rsidRDefault="00000000">
      <w:pPr>
        <w:pStyle w:val="Listepuces"/>
      </w:pPr>
      <w:r>
        <w:t>Transmettre dans les délais les documents et preuves nécessaires à la clôture du dossier.</w:t>
      </w:r>
    </w:p>
    <w:p w14:paraId="66BC42AE" w14:textId="77777777" w:rsidR="00E716E8" w:rsidRDefault="00000000">
      <w:pPr>
        <w:pStyle w:val="Listepuces"/>
      </w:pPr>
      <w:r>
        <w:t>Participer aux échanges pédagogiques, aux actions de professionnalisation et à l’amélioration des contenus et pratiques.</w:t>
      </w:r>
    </w:p>
    <w:p w14:paraId="5F56EA7F" w14:textId="77777777" w:rsidR="00E716E8" w:rsidRDefault="00000000">
      <w:pPr>
        <w:pStyle w:val="Listepuces"/>
      </w:pPr>
      <w:r>
        <w:t>Respecter les procédures, règles de confidentialité et exigences applicables à la prestation.</w:t>
      </w:r>
    </w:p>
    <w:p w14:paraId="246EF4E9" w14:textId="77777777" w:rsidR="00E716E8" w:rsidRDefault="00000000">
      <w:pPr>
        <w:pStyle w:val="Titre2"/>
      </w:pPr>
      <w:r>
        <w:t>Compétences et connaissances attendues</w:t>
      </w:r>
    </w:p>
    <w:p w14:paraId="4FB66244" w14:textId="77777777" w:rsidR="00E716E8" w:rsidRDefault="00000000">
      <w:pPr>
        <w:pStyle w:val="Listepuces"/>
      </w:pPr>
      <w:r>
        <w:t>Expertise actualisée dans le domaine enseigné.</w:t>
      </w:r>
    </w:p>
    <w:p w14:paraId="22E49974" w14:textId="77777777" w:rsidR="00E716E8" w:rsidRDefault="00000000">
      <w:pPr>
        <w:pStyle w:val="Listepuces"/>
      </w:pPr>
      <w:r>
        <w:t>Maîtrise des techniques d’animation et des méthodes pédagogiques adaptées aux adultes.</w:t>
      </w:r>
    </w:p>
    <w:p w14:paraId="36DFCD4F" w14:textId="77777777" w:rsidR="00E716E8" w:rsidRDefault="00000000">
      <w:pPr>
        <w:pStyle w:val="Listepuces"/>
      </w:pPr>
      <w:r>
        <w:t>Capacité à concevoir ou adapter des supports et activités.</w:t>
      </w:r>
    </w:p>
    <w:p w14:paraId="42D42531" w14:textId="77777777" w:rsidR="00E716E8" w:rsidRDefault="00000000">
      <w:pPr>
        <w:pStyle w:val="Listepuces"/>
      </w:pPr>
      <w:r>
        <w:t>Maîtrise des méthodes d’évaluation des acquis et de recueil des retours.</w:t>
      </w:r>
    </w:p>
    <w:p w14:paraId="5FA3AC4E" w14:textId="77777777" w:rsidR="00E716E8" w:rsidRDefault="00000000">
      <w:pPr>
        <w:pStyle w:val="Listepuces"/>
      </w:pPr>
      <w:r>
        <w:t>Capacité à utiliser les outils numériques nécessaires aux formations présentielles ou à distance.</w:t>
      </w:r>
    </w:p>
    <w:p w14:paraId="25160E92" w14:textId="77777777" w:rsidR="00E716E8" w:rsidRDefault="00000000">
      <w:pPr>
        <w:pStyle w:val="Listepuces"/>
      </w:pPr>
      <w:r>
        <w:t>Adaptabilité, écoute, pédagogie, communication et gestion de groupe.</w:t>
      </w:r>
    </w:p>
    <w:p w14:paraId="5A39AF89" w14:textId="77777777" w:rsidR="00E716E8" w:rsidRDefault="00000000">
      <w:pPr>
        <w:pStyle w:val="Listepuces"/>
      </w:pPr>
      <w:r>
        <w:t>Rigueur administrative et documentaire.</w:t>
      </w:r>
    </w:p>
    <w:p w14:paraId="720FF2F5" w14:textId="77777777" w:rsidR="00E716E8" w:rsidRDefault="00000000">
      <w:pPr>
        <w:pStyle w:val="Listepuces"/>
      </w:pPr>
      <w:r>
        <w:t>Capacité à analyser sa pratique et à contribuer à l’amélioration continue.</w:t>
      </w:r>
    </w:p>
    <w:p w14:paraId="68E89930" w14:textId="77777777" w:rsidR="00E716E8" w:rsidRDefault="00000000">
      <w:pPr>
        <w:pStyle w:val="Titre2"/>
      </w:pPr>
      <w:r>
        <w:t>Autonomie et niveau d’autorité</w:t>
      </w:r>
    </w:p>
    <w:p w14:paraId="3E49ADC4" w14:textId="77777777" w:rsidR="00E716E8" w:rsidRDefault="00000000">
      <w:r>
        <w:t>Dispose de l’autonomie pédagogique nécessaire à l’animation dans le respect du programme et des objectifs validés. Toute modification substantielle des objectifs, du contenu, de la durée ou des modalités doit être validée par le Coordinateur pédagogique.</w:t>
      </w:r>
    </w:p>
    <w:p w14:paraId="2B9BFE30" w14:textId="77777777" w:rsidR="00E716E8" w:rsidRDefault="00000000">
      <w:pPr>
        <w:pStyle w:val="Titre2"/>
      </w:pPr>
      <w:r>
        <w:t>Principales interfaces</w:t>
      </w:r>
    </w:p>
    <w:p w14:paraId="1A7343F1" w14:textId="77777777" w:rsidR="00E716E8" w:rsidRDefault="00000000">
      <w:r>
        <w:t>Coordinateur pédagogique, participants, clients, autres formateurs et fonctions support.</w:t>
      </w:r>
    </w:p>
    <w:p w14:paraId="5302397C" w14:textId="77777777" w:rsidR="00E716E8" w:rsidRDefault="00000000">
      <w:pPr>
        <w:pStyle w:val="Titre2"/>
      </w:pPr>
      <w:r>
        <w:lastRenderedPageBreak/>
        <w:t>Contribution au système de management de la qualité</w:t>
      </w:r>
    </w:p>
    <w:p w14:paraId="17642816" w14:textId="77777777" w:rsidR="00E716E8" w:rsidRDefault="00000000">
      <w:r>
        <w:t>Assure la conformité de la réalisation pédagogique, la traçabilité de la prestation, l’évaluation des acquis et la remontée des informations utiles à l’amélioration des formations.</w:t>
      </w:r>
    </w:p>
    <w:p w14:paraId="786285E4" w14:textId="77777777" w:rsidR="00E716E8" w:rsidRDefault="00000000">
      <w:pPr>
        <w:pStyle w:val="Titre2"/>
      </w:pPr>
      <w:r>
        <w:t>Prise de connaissance</w:t>
      </w:r>
    </w:p>
    <w:p w14:paraId="76B77AFA" w14:textId="77777777" w:rsidR="00E716E8" w:rsidRDefault="00000000">
      <w:r>
        <w:t>Le titulaire reconnaît avoir pris connaissance de la présente description, de son périmètre de responsabilités, des compétences attendues et de sa contribution au système de management de la qualité. Il s’engage à respecter les procédures applicables et à contribuer à l’amélioration continue d’ADJAN CONSULTING.</w:t>
      </w:r>
    </w:p>
    <w:tbl>
      <w:tblPr>
        <w:tblStyle w:val="Grilledutableau"/>
        <w:tblW w:w="0" w:type="auto"/>
        <w:jc w:val="center"/>
        <w:tblLook w:val="04A0" w:firstRow="1" w:lastRow="0" w:firstColumn="1" w:lastColumn="0" w:noHBand="0" w:noVBand="1"/>
      </w:tblPr>
      <w:tblGrid>
        <w:gridCol w:w="4986"/>
        <w:gridCol w:w="4986"/>
      </w:tblGrid>
      <w:tr w:rsidR="00E716E8" w14:paraId="5B5DCEC1" w14:textId="77777777">
        <w:trPr>
          <w:jc w:val="center"/>
        </w:trPr>
        <w:tc>
          <w:tcPr>
            <w:tcW w:w="4986" w:type="dxa"/>
          </w:tcPr>
          <w:p w14:paraId="77F5D276" w14:textId="77777777" w:rsidR="00E716E8" w:rsidRDefault="00000000">
            <w:r>
              <w:t>Le titulaire du poste</w:t>
            </w:r>
          </w:p>
        </w:tc>
        <w:tc>
          <w:tcPr>
            <w:tcW w:w="4986" w:type="dxa"/>
          </w:tcPr>
          <w:p w14:paraId="2C97ECA2" w14:textId="77777777" w:rsidR="00E716E8" w:rsidRDefault="00000000">
            <w:r>
              <w:t>La Direction</w:t>
            </w:r>
          </w:p>
        </w:tc>
      </w:tr>
      <w:tr w:rsidR="00E716E8" w14:paraId="3FDD8D58" w14:textId="77777777">
        <w:trPr>
          <w:jc w:val="center"/>
        </w:trPr>
        <w:tc>
          <w:tcPr>
            <w:tcW w:w="4986" w:type="dxa"/>
          </w:tcPr>
          <w:p w14:paraId="38D19C07" w14:textId="77777777" w:rsidR="00E716E8" w:rsidRDefault="00000000">
            <w:r>
              <w:t>Nom : Christophe JAMMOT</w:t>
            </w:r>
          </w:p>
        </w:tc>
        <w:tc>
          <w:tcPr>
            <w:tcW w:w="4986" w:type="dxa"/>
          </w:tcPr>
          <w:p w14:paraId="5C5B912F" w14:textId="77777777" w:rsidR="00E716E8" w:rsidRDefault="00000000">
            <w:r>
              <w:t>Nom : Adrien JANNEL</w:t>
            </w:r>
          </w:p>
        </w:tc>
      </w:tr>
      <w:tr w:rsidR="00E716E8" w14:paraId="222EC8CE" w14:textId="77777777">
        <w:trPr>
          <w:jc w:val="center"/>
        </w:trPr>
        <w:tc>
          <w:tcPr>
            <w:tcW w:w="4986" w:type="dxa"/>
          </w:tcPr>
          <w:p w14:paraId="31843792" w14:textId="77777777" w:rsidR="00E716E8" w:rsidRDefault="00000000">
            <w:r>
              <w:t>Date :</w:t>
            </w:r>
          </w:p>
        </w:tc>
        <w:tc>
          <w:tcPr>
            <w:tcW w:w="4986" w:type="dxa"/>
          </w:tcPr>
          <w:p w14:paraId="3854A445" w14:textId="77777777" w:rsidR="00E716E8" w:rsidRDefault="00000000">
            <w:r>
              <w:t>Date :</w:t>
            </w:r>
          </w:p>
        </w:tc>
      </w:tr>
      <w:tr w:rsidR="00E716E8" w14:paraId="61A49EC0" w14:textId="77777777">
        <w:trPr>
          <w:jc w:val="center"/>
        </w:trPr>
        <w:tc>
          <w:tcPr>
            <w:tcW w:w="4986" w:type="dxa"/>
          </w:tcPr>
          <w:p w14:paraId="77DA433A" w14:textId="77777777" w:rsidR="00E716E8" w:rsidRDefault="00000000">
            <w:r>
              <w:br/>
              <w:t>Signature :</w:t>
            </w:r>
            <w:r>
              <w:br/>
            </w:r>
            <w:r>
              <w:br/>
            </w:r>
          </w:p>
        </w:tc>
        <w:tc>
          <w:tcPr>
            <w:tcW w:w="4986" w:type="dxa"/>
          </w:tcPr>
          <w:p w14:paraId="0B51F159" w14:textId="77777777" w:rsidR="00E716E8" w:rsidRDefault="00000000">
            <w:r>
              <w:br/>
              <w:t>Signature :</w:t>
            </w:r>
            <w:r>
              <w:br/>
            </w:r>
            <w:r>
              <w:br/>
            </w:r>
          </w:p>
        </w:tc>
      </w:tr>
    </w:tbl>
    <w:p w14:paraId="036B072B" w14:textId="77777777" w:rsidR="000362D7" w:rsidRDefault="000362D7"/>
    <w:sectPr w:rsidR="000362D7" w:rsidSect="00034616">
      <w:footerReference w:type="default" r:id="rId8"/>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92A8" w14:textId="77777777" w:rsidR="000362D7" w:rsidRDefault="000362D7">
      <w:pPr>
        <w:spacing w:after="0" w:line="240" w:lineRule="auto"/>
      </w:pPr>
      <w:r>
        <w:separator/>
      </w:r>
    </w:p>
  </w:endnote>
  <w:endnote w:type="continuationSeparator" w:id="0">
    <w:p w14:paraId="1754732B" w14:textId="77777777" w:rsidR="000362D7" w:rsidRDefault="00036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7E6" w14:textId="77777777" w:rsidR="00E716E8" w:rsidRDefault="00000000">
    <w:pPr>
      <w:pStyle w:val="Pieddepage"/>
      <w:jc w:val="center"/>
    </w:pPr>
    <w:r>
      <w:rPr>
        <w:sz w:val="16"/>
      </w:rPr>
      <w:t>ADJAN CONSULTING – Descriptions de poste – Document interne SMQ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31CF" w14:textId="77777777" w:rsidR="000362D7" w:rsidRDefault="000362D7">
      <w:pPr>
        <w:spacing w:after="0" w:line="240" w:lineRule="auto"/>
      </w:pPr>
      <w:r>
        <w:separator/>
      </w:r>
    </w:p>
  </w:footnote>
  <w:footnote w:type="continuationSeparator" w:id="0">
    <w:p w14:paraId="54DD9967" w14:textId="77777777" w:rsidR="000362D7" w:rsidRDefault="00036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82787334">
    <w:abstractNumId w:val="8"/>
  </w:num>
  <w:num w:numId="2" w16cid:durableId="1968195889">
    <w:abstractNumId w:val="6"/>
  </w:num>
  <w:num w:numId="3" w16cid:durableId="1893689567">
    <w:abstractNumId w:val="5"/>
  </w:num>
  <w:num w:numId="4" w16cid:durableId="2058621828">
    <w:abstractNumId w:val="4"/>
  </w:num>
  <w:num w:numId="5" w16cid:durableId="1513449394">
    <w:abstractNumId w:val="7"/>
  </w:num>
  <w:num w:numId="6" w16cid:durableId="2094281226">
    <w:abstractNumId w:val="3"/>
  </w:num>
  <w:num w:numId="7" w16cid:durableId="834609934">
    <w:abstractNumId w:val="2"/>
  </w:num>
  <w:num w:numId="8" w16cid:durableId="1285312906">
    <w:abstractNumId w:val="1"/>
  </w:num>
  <w:num w:numId="9" w16cid:durableId="129023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2D7"/>
    <w:rsid w:val="0006063C"/>
    <w:rsid w:val="0015074B"/>
    <w:rsid w:val="0029639D"/>
    <w:rsid w:val="00326F90"/>
    <w:rsid w:val="008D2575"/>
    <w:rsid w:val="00AA1D8D"/>
    <w:rsid w:val="00B47730"/>
    <w:rsid w:val="00CB0664"/>
    <w:rsid w:val="00D04CCF"/>
    <w:rsid w:val="00E716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59302"/>
  <w14:defaultImageDpi w14:val="300"/>
  <w15:docId w15:val="{893C3481-458E-4A61-B39C-B8C56CC6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3192</Words>
  <Characters>17557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Anaïs ROBEZ</cp:lastModifiedBy>
  <cp:revision>2</cp:revision>
  <dcterms:created xsi:type="dcterms:W3CDTF">2013-12-23T23:15:00Z</dcterms:created>
  <dcterms:modified xsi:type="dcterms:W3CDTF">2026-07-10T11:45:00Z</dcterms:modified>
  <cp:category/>
</cp:coreProperties>
</file>